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24EFC" w14:textId="77777777" w:rsidR="000555FB" w:rsidRDefault="00000000">
      <w:pPr>
        <w:spacing w:after="360"/>
      </w:pPr>
      <w:r>
        <w:rPr>
          <w:noProof/>
        </w:rPr>
        <w:drawing>
          <wp:inline distT="0" distB="0" distL="0" distR="0" wp14:anchorId="65B024F5" wp14:editId="3186BED8">
            <wp:extent cx="640080" cy="6012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640080" cy="601288"/>
                    </a:xfrm>
                    <a:prstGeom prst="rect">
                      <a:avLst/>
                    </a:prstGeom>
                  </pic:spPr>
                </pic:pic>
              </a:graphicData>
            </a:graphic>
          </wp:inline>
        </w:drawing>
      </w:r>
    </w:p>
    <w:p w14:paraId="6AECDF01" w14:textId="77777777" w:rsidR="000555FB" w:rsidRDefault="00000000">
      <w:pPr>
        <w:spacing w:after="360"/>
        <w:jc w:val="center"/>
      </w:pPr>
      <w:r>
        <w:rPr>
          <w:noProof/>
        </w:rPr>
        <w:drawing>
          <wp:inline distT="0" distB="0" distL="0" distR="0" wp14:anchorId="19543744" wp14:editId="4ED8FA87">
            <wp:extent cx="6035040" cy="24343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s.png"/>
                    <pic:cNvPicPr/>
                  </pic:nvPicPr>
                  <pic:blipFill>
                    <a:blip r:embed="rId9"/>
                    <a:stretch>
                      <a:fillRect/>
                    </a:stretch>
                  </pic:blipFill>
                  <pic:spPr>
                    <a:xfrm>
                      <a:off x="0" y="0"/>
                      <a:ext cx="6035040" cy="2434302"/>
                    </a:xfrm>
                    <a:prstGeom prst="rect">
                      <a:avLst/>
                    </a:prstGeom>
                  </pic:spPr>
                </pic:pic>
              </a:graphicData>
            </a:graphic>
          </wp:inline>
        </w:drawing>
      </w:r>
    </w:p>
    <w:p w14:paraId="1C3411D1" w14:textId="77777777" w:rsidR="000555FB" w:rsidRDefault="00000000">
      <w:pPr>
        <w:spacing w:after="320"/>
        <w:jc w:val="center"/>
      </w:pPr>
      <w:r>
        <w:rPr>
          <w:b/>
          <w:color w:val="222222"/>
          <w:sz w:val="50"/>
        </w:rPr>
        <w:t>BURGENLÄNDISCHES</w:t>
      </w:r>
      <w:r>
        <w:rPr>
          <w:b/>
          <w:color w:val="222222"/>
          <w:sz w:val="50"/>
        </w:rPr>
        <w:br/>
        <w:t>LESEGÜTESIEGEL</w:t>
      </w:r>
    </w:p>
    <w:p w14:paraId="149C3A7F" w14:textId="77777777" w:rsidR="000555FB" w:rsidRDefault="00000000">
      <w:pPr>
        <w:spacing w:after="240"/>
        <w:jc w:val="center"/>
      </w:pPr>
      <w:r>
        <w:rPr>
          <w:color w:val="222222"/>
          <w:sz w:val="32"/>
        </w:rPr>
        <w:t>Einreichformular Allgemeine Sonderschule</w:t>
      </w:r>
    </w:p>
    <w:p w14:paraId="487CDD1F" w14:textId="6B3F27EA" w:rsidR="000555FB" w:rsidRDefault="00000000">
      <w:pPr>
        <w:spacing w:after="560"/>
        <w:jc w:val="center"/>
      </w:pPr>
      <w:r>
        <w:rPr>
          <w:color w:val="222222"/>
          <w:sz w:val="32"/>
        </w:rPr>
        <w:t>Einreichung mit Unterlagen aus dem</w:t>
      </w:r>
      <w:r>
        <w:rPr>
          <w:color w:val="222222"/>
          <w:sz w:val="32"/>
        </w:rPr>
        <w:br/>
      </w:r>
      <w:proofErr w:type="spellStart"/>
      <w:r>
        <w:rPr>
          <w:color w:val="222222"/>
          <w:sz w:val="32"/>
        </w:rPr>
        <w:t>Schuljahr</w:t>
      </w:r>
      <w:proofErr w:type="spellEnd"/>
      <w:r>
        <w:rPr>
          <w:color w:val="222222"/>
          <w:sz w:val="32"/>
        </w:rPr>
        <w:t xml:space="preserve"> 202</w:t>
      </w:r>
      <w:r w:rsidR="00BD4301">
        <w:rPr>
          <w:color w:val="222222"/>
          <w:sz w:val="32"/>
        </w:rPr>
        <w:t>6</w:t>
      </w:r>
      <w:r>
        <w:rPr>
          <w:color w:val="222222"/>
          <w:sz w:val="32"/>
        </w:rPr>
        <w:t>/2</w:t>
      </w:r>
      <w:r w:rsidR="00BD4301">
        <w:rPr>
          <w:color w:val="222222"/>
          <w:sz w:val="32"/>
        </w:rPr>
        <w:t>7</w:t>
      </w:r>
    </w:p>
    <w:p w14:paraId="793BD6EF" w14:textId="77777777" w:rsidR="000555FB" w:rsidRDefault="00000000">
      <w:pPr>
        <w:spacing w:after="0"/>
        <w:jc w:val="center"/>
      </w:pPr>
      <w:r>
        <w:rPr>
          <w:color w:val="B3B3B3"/>
          <w:sz w:val="24"/>
        </w:rPr>
        <w:t>Kriterientabelle und</w:t>
      </w:r>
      <w:r>
        <w:rPr>
          <w:color w:val="B3B3B3"/>
          <w:sz w:val="24"/>
        </w:rPr>
        <w:br/>
        <w:t>interaktives Einreichformular</w:t>
      </w:r>
    </w:p>
    <w:p w14:paraId="07B18584" w14:textId="77777777" w:rsidR="000555FB" w:rsidRDefault="00000000">
      <w:r>
        <w:br w:type="page"/>
      </w:r>
    </w:p>
    <w:p w14:paraId="405BC1A4" w14:textId="77777777" w:rsidR="000555FB" w:rsidRDefault="00000000">
      <w:pPr>
        <w:spacing w:after="80"/>
      </w:pPr>
      <w:r>
        <w:rPr>
          <w:noProof/>
        </w:rPr>
        <w:lastRenderedPageBreak/>
        <w:drawing>
          <wp:inline distT="0" distB="0" distL="0" distR="0" wp14:anchorId="750FEA2D" wp14:editId="7E97B814">
            <wp:extent cx="502920" cy="472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502920" cy="472440"/>
                    </a:xfrm>
                    <a:prstGeom prst="rect">
                      <a:avLst/>
                    </a:prstGeom>
                  </pic:spPr>
                </pic:pic>
              </a:graphicData>
            </a:graphic>
          </wp:inline>
        </w:drawing>
      </w:r>
    </w:p>
    <w:p w14:paraId="1B207C42" w14:textId="77777777" w:rsidR="000555FB" w:rsidRDefault="00000000">
      <w:pPr>
        <w:jc w:val="center"/>
      </w:pPr>
      <w:r>
        <w:rPr>
          <w:b/>
          <w:color w:val="ED1C24"/>
          <w:sz w:val="36"/>
        </w:rPr>
        <w:t>BURGENLÄNDISCHES LESEGÜTESIEGEL</w:t>
      </w:r>
    </w:p>
    <w:p w14:paraId="484BB4FC" w14:textId="77777777" w:rsidR="000555FB" w:rsidRDefault="00000000">
      <w:pPr>
        <w:spacing w:after="160"/>
        <w:jc w:val="center"/>
      </w:pPr>
      <w:r>
        <w:rPr>
          <w:color w:val="B3B3B3"/>
          <w:sz w:val="16"/>
        </w:rPr>
        <w:t>Eine Initiative von: Land Burgenland und Bildungsdirektion für Burgenland</w:t>
      </w:r>
    </w:p>
    <w:p w14:paraId="1B6B0C8E" w14:textId="77777777" w:rsidR="000555FB" w:rsidRDefault="00000000">
      <w:pPr>
        <w:spacing w:after="160"/>
        <w:jc w:val="center"/>
      </w:pPr>
      <w:r>
        <w:rPr>
          <w:noProof/>
        </w:rPr>
        <w:drawing>
          <wp:inline distT="0" distB="0" distL="0" distR="0" wp14:anchorId="1D7DE1A9" wp14:editId="0146D6C2">
            <wp:extent cx="5212080" cy="2102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s.png"/>
                    <pic:cNvPicPr/>
                  </pic:nvPicPr>
                  <pic:blipFill>
                    <a:blip r:embed="rId9"/>
                    <a:stretch>
                      <a:fillRect/>
                    </a:stretch>
                  </pic:blipFill>
                  <pic:spPr>
                    <a:xfrm>
                      <a:off x="0" y="0"/>
                      <a:ext cx="5212080" cy="2102352"/>
                    </a:xfrm>
                    <a:prstGeom prst="rect">
                      <a:avLst/>
                    </a:prstGeom>
                  </pic:spPr>
                </pic:pic>
              </a:graphicData>
            </a:graphic>
          </wp:inline>
        </w:drawing>
      </w:r>
    </w:p>
    <w:p w14:paraId="74CD515D" w14:textId="77777777" w:rsidR="000555FB" w:rsidRDefault="00000000">
      <w:pPr>
        <w:spacing w:after="100"/>
      </w:pPr>
      <w:r>
        <w:rPr>
          <w:b/>
          <w:color w:val="ED1C24"/>
        </w:rPr>
        <w:t>Liebe Direktorinnen und Direktoren!</w:t>
      </w:r>
      <w:r>
        <w:rPr>
          <w:b/>
          <w:color w:val="ED1C24"/>
        </w:rPr>
        <w:br/>
        <w:t>Liebe Pädagoginnen und Pädagogen!</w:t>
      </w:r>
    </w:p>
    <w:p w14:paraId="03B75C51" w14:textId="77777777" w:rsidR="000555FB" w:rsidRDefault="00000000">
      <w:pPr>
        <w:spacing w:after="100"/>
      </w:pPr>
      <w:r>
        <w:rPr>
          <w:color w:val="222222"/>
          <w:sz w:val="17"/>
        </w:rPr>
        <w:t>Das Land Burgenland und die Bildungsdirektion für Burgenland verleihen das burgenländische Lesegütesiegel für Allgemeine Sonderschulen in den Stufen Gold, Silber und Bronze.</w:t>
      </w:r>
    </w:p>
    <w:p w14:paraId="2C5D48E6" w14:textId="1C28323A" w:rsidR="000555FB" w:rsidRDefault="00000000">
      <w:pPr>
        <w:spacing w:after="100"/>
      </w:pPr>
      <w:r>
        <w:rPr>
          <w:color w:val="222222"/>
          <w:sz w:val="17"/>
        </w:rPr>
        <w:t xml:space="preserve">Der vorliegende Kriterienkatalog enthält die zu erreichenden Kriterien in ihren erforderlichen Dimensionen sowie die Punktevergabe. Er bietet Ihnen einen Einblick auf die für die Online-Einreichung erforderlichen Daten, die Sie im Vorfeld sammeln können. Die Angaben beziehen sich auf das </w:t>
      </w:r>
      <w:proofErr w:type="spellStart"/>
      <w:r>
        <w:rPr>
          <w:color w:val="222222"/>
          <w:sz w:val="17"/>
        </w:rPr>
        <w:t>Schuljahr</w:t>
      </w:r>
      <w:proofErr w:type="spellEnd"/>
      <w:r>
        <w:rPr>
          <w:color w:val="222222"/>
          <w:sz w:val="17"/>
        </w:rPr>
        <w:t xml:space="preserve"> </w:t>
      </w:r>
      <w:r w:rsidR="00BD4301">
        <w:rPr>
          <w:color w:val="222222"/>
          <w:sz w:val="17"/>
        </w:rPr>
        <w:t>2026/27</w:t>
      </w:r>
      <w:r>
        <w:rPr>
          <w:color w:val="222222"/>
          <w:sz w:val="17"/>
        </w:rPr>
        <w:t>. Dem einzelnen Kriterium ist zu entnehmen, ob sich dieses auf die gesamte Schule oder nur auf einzelne Klassen bezieht.</w:t>
      </w:r>
    </w:p>
    <w:p w14:paraId="11C25F3F" w14:textId="77777777" w:rsidR="000555FB" w:rsidRDefault="00000000">
      <w:pPr>
        <w:spacing w:after="100"/>
      </w:pPr>
      <w:r>
        <w:rPr>
          <w:color w:val="222222"/>
          <w:sz w:val="17"/>
        </w:rPr>
        <w:t>Ihre Einreichung wird vom Team Lesegütesiegel, bestehend aus Leseexpertinnen und Leseexperten, geprüft. Eine Verständigung über das Ergebnis und die Verleihung des Lesegütesiegels erfolgt durch die Bildungsdirektion für Burgenland. Fragen zur Einreichung können Sie mit der regionalen Lesekoordinatorin besprechen.</w:t>
      </w:r>
    </w:p>
    <w:p w14:paraId="68CCB67F" w14:textId="77777777" w:rsidR="000555FB" w:rsidRDefault="00000000">
      <w:pPr>
        <w:spacing w:after="100"/>
      </w:pPr>
      <w:r>
        <w:rPr>
          <w:b/>
          <w:color w:val="F58213"/>
          <w:sz w:val="28"/>
        </w:rPr>
        <w:t>Wir wünschen Ihnen viel Erfolg für Ihre Bewerbung!</w:t>
      </w:r>
    </w:p>
    <w:p w14:paraId="10821256" w14:textId="77777777" w:rsidR="000555FB" w:rsidRDefault="00000000">
      <w:pPr>
        <w:spacing w:after="0"/>
      </w:pPr>
      <w:r>
        <w:rPr>
          <w:color w:val="B3B3B3"/>
          <w:sz w:val="17"/>
        </w:rPr>
        <w:t>Mit lieben Grüßen</w:t>
      </w:r>
      <w:r>
        <w:rPr>
          <w:color w:val="B3B3B3"/>
          <w:sz w:val="17"/>
        </w:rPr>
        <w:br/>
        <w:t>Team Lesegütesiegel</w:t>
      </w:r>
    </w:p>
    <w:p w14:paraId="69062BCE" w14:textId="77777777" w:rsidR="000555FB" w:rsidRDefault="00000000">
      <w:r>
        <w:br w:type="page"/>
      </w:r>
    </w:p>
    <w:p w14:paraId="2CCB7160" w14:textId="77777777" w:rsidR="000555FB" w:rsidRDefault="00000000">
      <w:pPr>
        <w:spacing w:after="160"/>
      </w:pPr>
      <w:r>
        <w:rPr>
          <w:b/>
          <w:color w:val="222222"/>
          <w:sz w:val="34"/>
        </w:rPr>
        <w:t>STEP-BY-STEP ANLEITUNG</w:t>
      </w:r>
    </w:p>
    <w:p w14:paraId="13C94D2A" w14:textId="77777777" w:rsidR="000555FB" w:rsidRDefault="00000000">
      <w:pPr>
        <w:spacing w:after="60"/>
        <w:ind w:left="259" w:hanging="259"/>
      </w:pPr>
      <w:r>
        <w:rPr>
          <w:b/>
          <w:sz w:val="16"/>
        </w:rPr>
        <w:t xml:space="preserve">1. </w:t>
      </w:r>
      <w:r>
        <w:rPr>
          <w:sz w:val="16"/>
        </w:rPr>
        <w:t>Lesen Sie das Formular gründlich durch. Sie können, wenn Sie mit dem Ausfüllen begonnen haben, das Formular lokal auf Ihrem Computer abspeichern und zu einem späteren Zeitpunkt vervollständigen und einreichen.</w:t>
      </w:r>
    </w:p>
    <w:p w14:paraId="2CA1FD34" w14:textId="77777777" w:rsidR="000555FB" w:rsidRDefault="00000000">
      <w:pPr>
        <w:spacing w:after="60"/>
        <w:ind w:left="259" w:hanging="259"/>
      </w:pPr>
      <w:r>
        <w:rPr>
          <w:b/>
          <w:sz w:val="16"/>
        </w:rPr>
        <w:t xml:space="preserve">2. </w:t>
      </w:r>
      <w:r>
        <w:rPr>
          <w:sz w:val="16"/>
        </w:rPr>
        <w:t>Prüfen Sie alle Kriterien auf „erfüllt“ oder „nicht erfüllt“ und klicken Sie die entsprechende Option für jedes einzelne Kriterium an. Achten Sie darauf, dass alle Kriterien von Ihnen angeklickt wurden.</w:t>
      </w:r>
    </w:p>
    <w:p w14:paraId="5D7B8F87" w14:textId="77777777" w:rsidR="000555FB" w:rsidRDefault="00000000">
      <w:pPr>
        <w:spacing w:after="60"/>
        <w:ind w:left="259" w:hanging="259"/>
      </w:pPr>
      <w:r>
        <w:rPr>
          <w:b/>
          <w:sz w:val="16"/>
        </w:rPr>
        <w:t xml:space="preserve">3. </w:t>
      </w:r>
      <w:r>
        <w:rPr>
          <w:sz w:val="16"/>
        </w:rPr>
        <w:t>Halten Sie alle Bilder, Fotos und/oder Dateien als PDF oder JPG (unter 2 MB pro Datei) für den Upload A – E bereit. Um Ihre Uploads richtig zuordnen zu können, übernehmen Sie bitte die Bezeichnung des Uploads aus dem entsprechenden Kriterienfeld z.B.: Upload A: Foto eines Produktes.</w:t>
      </w:r>
    </w:p>
    <w:p w14:paraId="683E0D80" w14:textId="77777777" w:rsidR="000555FB" w:rsidRDefault="00000000">
      <w:pPr>
        <w:spacing w:after="60"/>
        <w:ind w:left="259" w:hanging="259"/>
      </w:pPr>
      <w:r>
        <w:rPr>
          <w:b/>
          <w:sz w:val="16"/>
        </w:rPr>
        <w:t xml:space="preserve">4. </w:t>
      </w:r>
      <w:r>
        <w:rPr>
          <w:sz w:val="16"/>
        </w:rPr>
        <w:t>Führen Sie eine abschließende Überprüfung des gesamten Formulars durch und achten Sie auf Vollständigkeit. Um einen Richtwert zu erhalten, können Sie die von Ihnen angegebenen Punkte addieren und am Ende des Formulars eintragen.</w:t>
      </w:r>
    </w:p>
    <w:p w14:paraId="2F98D113" w14:textId="6117D65C" w:rsidR="000555FB" w:rsidRDefault="00000000">
      <w:pPr>
        <w:spacing w:after="60"/>
        <w:ind w:left="259" w:hanging="259"/>
      </w:pPr>
      <w:r>
        <w:rPr>
          <w:b/>
          <w:sz w:val="16"/>
        </w:rPr>
        <w:t xml:space="preserve">5. </w:t>
      </w:r>
      <w:r w:rsidR="00BD4301">
        <w:rPr>
          <w:sz w:val="16"/>
        </w:rPr>
        <w:t>Senden</w:t>
      </w:r>
      <w:r>
        <w:rPr>
          <w:sz w:val="16"/>
        </w:rPr>
        <w:t xml:space="preserve"> Sie das ausgefüllte Bewerbungsformular im Zeitraum vom </w:t>
      </w:r>
      <w:r w:rsidR="00BD4301">
        <w:rPr>
          <w:sz w:val="16"/>
        </w:rPr>
        <w:t>16</w:t>
      </w:r>
      <w:r>
        <w:rPr>
          <w:sz w:val="16"/>
        </w:rPr>
        <w:t xml:space="preserve">. November bis </w:t>
      </w:r>
      <w:r w:rsidR="00BD4301">
        <w:rPr>
          <w:sz w:val="16"/>
        </w:rPr>
        <w:t>23</w:t>
      </w:r>
      <w:r>
        <w:rPr>
          <w:sz w:val="16"/>
        </w:rPr>
        <w:t>. Dezember 202</w:t>
      </w:r>
      <w:r w:rsidR="00BD4301">
        <w:rPr>
          <w:sz w:val="16"/>
        </w:rPr>
        <w:t>6</w:t>
      </w:r>
      <w:r>
        <w:rPr>
          <w:sz w:val="16"/>
        </w:rPr>
        <w:t xml:space="preserve"> </w:t>
      </w:r>
      <w:r w:rsidR="00BD4301">
        <w:rPr>
          <w:sz w:val="16"/>
        </w:rPr>
        <w:t xml:space="preserve">auf die </w:t>
      </w:r>
      <w:proofErr w:type="spellStart"/>
      <w:r w:rsidR="00BD4301">
        <w:rPr>
          <w:sz w:val="16"/>
        </w:rPr>
        <w:t>Mailadresse</w:t>
      </w:r>
      <w:proofErr w:type="spellEnd"/>
      <w:r w:rsidR="00BD4301">
        <w:rPr>
          <w:sz w:val="16"/>
        </w:rPr>
        <w:t xml:space="preserve"> </w:t>
      </w:r>
      <w:hyperlink r:id="rId10" w:history="1">
        <w:r w:rsidR="00BD4301" w:rsidRPr="005558AE">
          <w:rPr>
            <w:rStyle w:val="Hyperlink"/>
            <w:sz w:val="16"/>
          </w:rPr>
          <w:t>daniel.karacsonyi@bildung-bgld.gv.at</w:t>
        </w:r>
      </w:hyperlink>
      <w:r w:rsidR="00BD4301">
        <w:rPr>
          <w:sz w:val="16"/>
        </w:rPr>
        <w:t xml:space="preserve">. Auch die Fotos </w:t>
      </w:r>
      <w:proofErr w:type="spellStart"/>
      <w:r w:rsidR="00BD4301">
        <w:rPr>
          <w:sz w:val="16"/>
        </w:rPr>
        <w:t>senden</w:t>
      </w:r>
      <w:proofErr w:type="spellEnd"/>
      <w:r w:rsidR="00BD4301">
        <w:rPr>
          <w:sz w:val="16"/>
        </w:rPr>
        <w:t xml:space="preserve"> Sie bitte via </w:t>
      </w:r>
      <w:proofErr w:type="spellStart"/>
      <w:r w:rsidR="00BD4301">
        <w:rPr>
          <w:sz w:val="16"/>
        </w:rPr>
        <w:t>weTransfer</w:t>
      </w:r>
      <w:proofErr w:type="spellEnd"/>
      <w:r w:rsidR="00BD4301">
        <w:rPr>
          <w:sz w:val="16"/>
        </w:rPr>
        <w:t xml:space="preserve"> </w:t>
      </w:r>
      <w:proofErr w:type="gramStart"/>
      <w:r w:rsidR="00BD4301">
        <w:rPr>
          <w:sz w:val="16"/>
        </w:rPr>
        <w:t>an</w:t>
      </w:r>
      <w:proofErr w:type="gramEnd"/>
      <w:r w:rsidR="00BD4301">
        <w:rPr>
          <w:sz w:val="16"/>
        </w:rPr>
        <w:t xml:space="preserve"> die </w:t>
      </w:r>
      <w:proofErr w:type="spellStart"/>
      <w:r w:rsidR="00BD4301">
        <w:rPr>
          <w:sz w:val="16"/>
        </w:rPr>
        <w:t>zuvor</w:t>
      </w:r>
      <w:proofErr w:type="spellEnd"/>
      <w:r w:rsidR="00BD4301">
        <w:rPr>
          <w:sz w:val="16"/>
        </w:rPr>
        <w:t xml:space="preserve"> </w:t>
      </w:r>
      <w:proofErr w:type="spellStart"/>
      <w:r w:rsidR="00BD4301">
        <w:rPr>
          <w:sz w:val="16"/>
        </w:rPr>
        <w:t>angegebene</w:t>
      </w:r>
      <w:proofErr w:type="spellEnd"/>
      <w:r w:rsidR="00BD4301">
        <w:rPr>
          <w:sz w:val="16"/>
        </w:rPr>
        <w:t xml:space="preserve"> </w:t>
      </w:r>
      <w:proofErr w:type="spellStart"/>
      <w:r w:rsidR="00BD4301">
        <w:rPr>
          <w:sz w:val="16"/>
        </w:rPr>
        <w:t>Mailadresse</w:t>
      </w:r>
      <w:proofErr w:type="spellEnd"/>
      <w:r w:rsidR="00BD4301">
        <w:rPr>
          <w:sz w:val="16"/>
        </w:rPr>
        <w:t xml:space="preserve">. </w:t>
      </w:r>
      <w:r>
        <w:rPr>
          <w:sz w:val="16"/>
        </w:rPr>
        <w:br/>
        <w:t>https://lesen-schreiben-verstehen.at/bewerbung-daten-lsg-aso/</w:t>
      </w:r>
    </w:p>
    <w:p w14:paraId="14999D1F" w14:textId="77777777" w:rsidR="000555FB" w:rsidRDefault="00000000">
      <w:pPr>
        <w:spacing w:after="60"/>
        <w:ind w:left="259" w:hanging="259"/>
      </w:pPr>
      <w:r>
        <w:rPr>
          <w:b/>
          <w:sz w:val="16"/>
        </w:rPr>
        <w:t xml:space="preserve">6. </w:t>
      </w:r>
      <w:r>
        <w:rPr>
          <w:sz w:val="16"/>
        </w:rPr>
        <w:t>Sie erhalten eine automatische Rückmeldung, die den Eingang Ihrer Einreichung bestätigt.</w:t>
      </w:r>
    </w:p>
    <w:p w14:paraId="642D7238" w14:textId="77777777" w:rsidR="000555FB" w:rsidRDefault="00000000">
      <w:pPr>
        <w:spacing w:after="60"/>
        <w:ind w:left="259" w:hanging="259"/>
      </w:pPr>
      <w:r>
        <w:rPr>
          <w:b/>
          <w:sz w:val="16"/>
        </w:rPr>
        <w:t xml:space="preserve">7. </w:t>
      </w:r>
      <w:r>
        <w:rPr>
          <w:sz w:val="16"/>
        </w:rPr>
        <w:t>Anschließend werden Ihre Daten vom Team Lesegütesiegel überprüft und es erfolgt eine Kontaktaufnahme mit Ihrer Schule.</w:t>
      </w:r>
    </w:p>
    <w:p w14:paraId="3E83C4E1" w14:textId="77777777" w:rsidR="000555FB" w:rsidRDefault="00000000">
      <w:pPr>
        <w:spacing w:after="160"/>
      </w:pPr>
      <w:r>
        <w:rPr>
          <w:color w:val="B3B3B3"/>
          <w:sz w:val="16"/>
        </w:rPr>
        <w:t>Sollten Ihre Angaben unvollständig sein oder Fragen auftauchen, werden Sie über die angegebenen Kontaktdaten kontaktiert.</w:t>
      </w:r>
    </w:p>
    <w:p w14:paraId="6024D336" w14:textId="77777777" w:rsidR="000555FB" w:rsidRDefault="00000000">
      <w:pPr>
        <w:spacing w:after="20"/>
      </w:pPr>
      <w:r>
        <w:rPr>
          <w:b/>
          <w:color w:val="222222"/>
          <w:sz w:val="30"/>
        </w:rPr>
        <w:t>EINREICHFORMULAR</w:t>
      </w:r>
    </w:p>
    <w:p w14:paraId="7FC7B8E6" w14:textId="77777777" w:rsidR="000555FB" w:rsidRDefault="00000000">
      <w:pPr>
        <w:spacing w:after="100"/>
      </w:pPr>
      <w:r>
        <w:rPr>
          <w:color w:val="B3B3B3"/>
        </w:rPr>
        <w:t>Füllen Sie ab hier die interaktiven Felder aus.</w:t>
      </w:r>
    </w:p>
    <w:tbl>
      <w:tblPr>
        <w:tblStyle w:val="Tabellenraster"/>
        <w:tblW w:w="0" w:type="auto"/>
        <w:jc w:val="center"/>
        <w:tblLayout w:type="fixed"/>
        <w:tblLook w:val="04A0" w:firstRow="1" w:lastRow="0" w:firstColumn="1" w:lastColumn="0" w:noHBand="0" w:noVBand="1"/>
      </w:tblPr>
      <w:tblGrid>
        <w:gridCol w:w="5400"/>
        <w:gridCol w:w="5400"/>
      </w:tblGrid>
      <w:tr w:rsidR="000555FB" w14:paraId="127DBC79" w14:textId="77777777">
        <w:trPr>
          <w:jc w:val="center"/>
        </w:trPr>
        <w:tc>
          <w:tcPr>
            <w:tcW w:w="10800" w:type="dxa"/>
            <w:gridSpan w:val="2"/>
            <w:tcMar>
              <w:top w:w="80" w:type="dxa"/>
              <w:left w:w="80" w:type="dxa"/>
              <w:bottom w:w="80" w:type="dxa"/>
              <w:right w:w="80" w:type="dxa"/>
            </w:tcMar>
          </w:tcPr>
          <w:p w14:paraId="2C0D3A2E" w14:textId="77777777" w:rsidR="000555FB" w:rsidRDefault="00000000">
            <w:pPr>
              <w:spacing w:after="20"/>
            </w:pPr>
            <w:r>
              <w:rPr>
                <w:b/>
              </w:rPr>
              <w:t>Name der Bildungseinrichtung*</w:t>
            </w:r>
            <w:r>
              <w:rPr>
                <w:b/>
              </w:rPr>
              <w:br/>
            </w:r>
            <w:r>
              <w:rPr>
                <w:b/>
              </w:rPr>
              <w:br/>
            </w:r>
          </w:p>
        </w:tc>
      </w:tr>
      <w:tr w:rsidR="000555FB" w14:paraId="261189E3" w14:textId="77777777">
        <w:trPr>
          <w:jc w:val="center"/>
        </w:trPr>
        <w:tc>
          <w:tcPr>
            <w:tcW w:w="10800" w:type="dxa"/>
            <w:gridSpan w:val="2"/>
            <w:tcMar>
              <w:top w:w="70" w:type="dxa"/>
              <w:left w:w="80" w:type="dxa"/>
              <w:bottom w:w="70" w:type="dxa"/>
              <w:right w:w="80" w:type="dxa"/>
            </w:tcMar>
          </w:tcPr>
          <w:p w14:paraId="7CB4258D" w14:textId="77777777" w:rsidR="000555FB" w:rsidRDefault="00000000">
            <w:pPr>
              <w:spacing w:after="20"/>
            </w:pPr>
            <w:r>
              <w:rPr>
                <w:b/>
                <w:sz w:val="17"/>
              </w:rPr>
              <w:t>Kontakt Ansprechpartner</w:t>
            </w:r>
            <w:r>
              <w:rPr>
                <w:b/>
                <w:sz w:val="17"/>
              </w:rPr>
              <w:br/>
              <w:t>– Bitte auswählen –</w:t>
            </w:r>
            <w:r>
              <w:rPr>
                <w:b/>
                <w:sz w:val="17"/>
              </w:rPr>
              <w:br/>
            </w:r>
          </w:p>
        </w:tc>
      </w:tr>
      <w:tr w:rsidR="000555FB" w14:paraId="110BF282" w14:textId="77777777">
        <w:trPr>
          <w:jc w:val="center"/>
        </w:trPr>
        <w:tc>
          <w:tcPr>
            <w:tcW w:w="5400" w:type="dxa"/>
            <w:tcMar>
              <w:top w:w="70" w:type="dxa"/>
              <w:left w:w="80" w:type="dxa"/>
              <w:bottom w:w="70" w:type="dxa"/>
              <w:right w:w="80" w:type="dxa"/>
            </w:tcMar>
          </w:tcPr>
          <w:p w14:paraId="09E38017" w14:textId="77777777" w:rsidR="000555FB" w:rsidRDefault="00000000">
            <w:pPr>
              <w:spacing w:after="20"/>
            </w:pPr>
            <w:r>
              <w:rPr>
                <w:sz w:val="16"/>
              </w:rPr>
              <w:t>Titel</w:t>
            </w:r>
            <w:r>
              <w:rPr>
                <w:sz w:val="16"/>
              </w:rPr>
              <w:br/>
            </w:r>
            <w:r>
              <w:rPr>
                <w:sz w:val="16"/>
              </w:rPr>
              <w:br/>
            </w:r>
          </w:p>
        </w:tc>
        <w:tc>
          <w:tcPr>
            <w:tcW w:w="5400" w:type="dxa"/>
            <w:tcMar>
              <w:top w:w="70" w:type="dxa"/>
              <w:left w:w="80" w:type="dxa"/>
              <w:bottom w:w="70" w:type="dxa"/>
              <w:right w:w="80" w:type="dxa"/>
            </w:tcMar>
          </w:tcPr>
          <w:p w14:paraId="77B5B5CA" w14:textId="77777777" w:rsidR="000555FB" w:rsidRDefault="00000000">
            <w:pPr>
              <w:spacing w:after="20"/>
            </w:pPr>
            <w:r>
              <w:rPr>
                <w:sz w:val="16"/>
              </w:rPr>
              <w:t>Vorname*                         Nachname*</w:t>
            </w:r>
            <w:r>
              <w:rPr>
                <w:sz w:val="16"/>
              </w:rPr>
              <w:br/>
            </w:r>
            <w:r>
              <w:rPr>
                <w:sz w:val="16"/>
              </w:rPr>
              <w:br/>
            </w:r>
          </w:p>
        </w:tc>
      </w:tr>
      <w:tr w:rsidR="000555FB" w14:paraId="00930015" w14:textId="77777777">
        <w:trPr>
          <w:jc w:val="center"/>
        </w:trPr>
        <w:tc>
          <w:tcPr>
            <w:tcW w:w="5400" w:type="dxa"/>
            <w:tcMar>
              <w:top w:w="70" w:type="dxa"/>
              <w:left w:w="80" w:type="dxa"/>
              <w:bottom w:w="70" w:type="dxa"/>
              <w:right w:w="80" w:type="dxa"/>
            </w:tcMar>
          </w:tcPr>
          <w:p w14:paraId="12631CE7" w14:textId="77777777" w:rsidR="000555FB" w:rsidRDefault="00000000">
            <w:pPr>
              <w:spacing w:after="20"/>
            </w:pPr>
            <w:r>
              <w:rPr>
                <w:sz w:val="16"/>
              </w:rPr>
              <w:t>E-Mail Adresse*</w:t>
            </w:r>
            <w:r>
              <w:rPr>
                <w:sz w:val="16"/>
              </w:rPr>
              <w:br/>
            </w:r>
            <w:r>
              <w:rPr>
                <w:sz w:val="16"/>
              </w:rPr>
              <w:br/>
            </w:r>
          </w:p>
        </w:tc>
        <w:tc>
          <w:tcPr>
            <w:tcW w:w="5400" w:type="dxa"/>
            <w:tcMar>
              <w:top w:w="70" w:type="dxa"/>
              <w:left w:w="80" w:type="dxa"/>
              <w:bottom w:w="70" w:type="dxa"/>
              <w:right w:w="80" w:type="dxa"/>
            </w:tcMar>
          </w:tcPr>
          <w:p w14:paraId="7F587BD1" w14:textId="77777777" w:rsidR="000555FB" w:rsidRDefault="00000000">
            <w:pPr>
              <w:spacing w:after="20"/>
            </w:pPr>
            <w:r>
              <w:rPr>
                <w:sz w:val="16"/>
              </w:rPr>
              <w:t>Telefonnummer der Schule*</w:t>
            </w:r>
            <w:r>
              <w:rPr>
                <w:sz w:val="16"/>
              </w:rPr>
              <w:br/>
            </w:r>
            <w:r>
              <w:rPr>
                <w:sz w:val="16"/>
              </w:rPr>
              <w:br/>
            </w:r>
          </w:p>
        </w:tc>
      </w:tr>
      <w:tr w:rsidR="000555FB" w14:paraId="6C3B1BCC" w14:textId="77777777">
        <w:trPr>
          <w:jc w:val="center"/>
        </w:trPr>
        <w:tc>
          <w:tcPr>
            <w:tcW w:w="5400" w:type="dxa"/>
            <w:tcMar>
              <w:top w:w="70" w:type="dxa"/>
              <w:left w:w="80" w:type="dxa"/>
              <w:bottom w:w="70" w:type="dxa"/>
              <w:right w:w="80" w:type="dxa"/>
            </w:tcMar>
          </w:tcPr>
          <w:p w14:paraId="2276E28C" w14:textId="77777777" w:rsidR="000555FB" w:rsidRDefault="00000000">
            <w:pPr>
              <w:spacing w:after="20"/>
            </w:pPr>
            <w:r>
              <w:rPr>
                <w:sz w:val="16"/>
              </w:rPr>
              <w:t>Anzahl der Schülerinnen und Schüler</w:t>
            </w:r>
            <w:r>
              <w:rPr>
                <w:sz w:val="16"/>
              </w:rPr>
              <w:br/>
            </w:r>
            <w:r>
              <w:rPr>
                <w:sz w:val="16"/>
              </w:rPr>
              <w:br/>
            </w:r>
          </w:p>
        </w:tc>
        <w:tc>
          <w:tcPr>
            <w:tcW w:w="5400" w:type="dxa"/>
            <w:tcMar>
              <w:top w:w="70" w:type="dxa"/>
              <w:left w:w="80" w:type="dxa"/>
              <w:bottom w:w="70" w:type="dxa"/>
              <w:right w:w="80" w:type="dxa"/>
            </w:tcMar>
          </w:tcPr>
          <w:p w14:paraId="45DDE230" w14:textId="77777777" w:rsidR="000555FB" w:rsidRDefault="00000000">
            <w:pPr>
              <w:spacing w:after="20"/>
            </w:pPr>
            <w:r>
              <w:rPr>
                <w:sz w:val="16"/>
              </w:rPr>
              <w:t>Anzahl der Pädagoginnen und Pädagogen</w:t>
            </w:r>
            <w:r>
              <w:rPr>
                <w:sz w:val="16"/>
              </w:rPr>
              <w:br/>
            </w:r>
            <w:r>
              <w:rPr>
                <w:sz w:val="16"/>
              </w:rPr>
              <w:br/>
            </w:r>
          </w:p>
        </w:tc>
      </w:tr>
      <w:tr w:rsidR="000555FB" w14:paraId="2FF9598A" w14:textId="77777777">
        <w:trPr>
          <w:jc w:val="center"/>
        </w:trPr>
        <w:tc>
          <w:tcPr>
            <w:tcW w:w="10800" w:type="dxa"/>
            <w:gridSpan w:val="2"/>
            <w:tcMar>
              <w:top w:w="70" w:type="dxa"/>
              <w:left w:w="80" w:type="dxa"/>
              <w:bottom w:w="70" w:type="dxa"/>
              <w:right w:w="80" w:type="dxa"/>
            </w:tcMar>
          </w:tcPr>
          <w:p w14:paraId="32A646DD" w14:textId="77777777" w:rsidR="000555FB" w:rsidRDefault="00000000">
            <w:pPr>
              <w:spacing w:after="20"/>
            </w:pPr>
            <w:r>
              <w:rPr>
                <w:sz w:val="17"/>
              </w:rPr>
              <w:t>Die Einreichung des Lesegütesiegels erfolgt durch*:</w:t>
            </w:r>
            <w:r>
              <w:rPr>
                <w:sz w:val="17"/>
              </w:rPr>
              <w:br/>
              <w:t>– Bitte auswählen –</w:t>
            </w:r>
            <w:r>
              <w:rPr>
                <w:sz w:val="17"/>
              </w:rPr>
              <w:br/>
            </w:r>
          </w:p>
        </w:tc>
      </w:tr>
    </w:tbl>
    <w:p w14:paraId="0BECC107" w14:textId="77777777" w:rsidR="000555FB" w:rsidRDefault="00000000">
      <w:r>
        <w:br w:type="page"/>
      </w:r>
    </w:p>
    <w:p w14:paraId="14B5DE5F" w14:textId="77777777" w:rsidR="000555FB" w:rsidRDefault="00000000">
      <w:pPr>
        <w:spacing w:after="160"/>
      </w:pPr>
      <w:r>
        <w:rPr>
          <w:b/>
          <w:color w:val="222222"/>
          <w:sz w:val="34"/>
        </w:rPr>
        <w:t>NACHHALTIG LESEMOTIVATION STÄRKEN</w:t>
      </w:r>
    </w:p>
    <w:tbl>
      <w:tblPr>
        <w:tblStyle w:val="Tabellenraster"/>
        <w:tblW w:w="0" w:type="auto"/>
        <w:jc w:val="center"/>
        <w:tblLayout w:type="fixed"/>
        <w:tblLook w:val="04A0" w:firstRow="1" w:lastRow="0" w:firstColumn="1" w:lastColumn="0" w:noHBand="0" w:noVBand="1"/>
      </w:tblPr>
      <w:tblGrid>
        <w:gridCol w:w="2700"/>
        <w:gridCol w:w="2635"/>
        <w:gridCol w:w="2635"/>
        <w:gridCol w:w="2830"/>
      </w:tblGrid>
      <w:tr w:rsidR="000555FB" w14:paraId="2D9FF307" w14:textId="77777777">
        <w:trPr>
          <w:tblHeader/>
          <w:jc w:val="center"/>
        </w:trPr>
        <w:tc>
          <w:tcPr>
            <w:tcW w:w="2232" w:type="dxa"/>
            <w:shd w:val="clear" w:color="auto" w:fill="FFFFFF"/>
            <w:tcMar>
              <w:top w:w="40" w:type="dxa"/>
              <w:left w:w="60" w:type="dxa"/>
              <w:bottom w:w="40" w:type="dxa"/>
              <w:right w:w="60" w:type="dxa"/>
            </w:tcMar>
            <w:vAlign w:val="center"/>
          </w:tcPr>
          <w:p w14:paraId="2020982A" w14:textId="77777777" w:rsidR="000555FB" w:rsidRDefault="00000000">
            <w:pPr>
              <w:spacing w:after="20"/>
              <w:jc w:val="center"/>
            </w:pPr>
            <w:r>
              <w:rPr>
                <w:b/>
                <w:color w:val="222222"/>
                <w:sz w:val="17"/>
              </w:rPr>
              <w:t>Kriterium</w:t>
            </w:r>
          </w:p>
        </w:tc>
        <w:tc>
          <w:tcPr>
            <w:tcW w:w="2635" w:type="dxa"/>
            <w:shd w:val="clear" w:color="auto" w:fill="ED1C24"/>
            <w:tcMar>
              <w:top w:w="40" w:type="dxa"/>
              <w:left w:w="60" w:type="dxa"/>
              <w:bottom w:w="40" w:type="dxa"/>
              <w:right w:w="60" w:type="dxa"/>
            </w:tcMar>
            <w:vAlign w:val="center"/>
          </w:tcPr>
          <w:p w14:paraId="1D7A38D5" w14:textId="77777777" w:rsidR="000555FB" w:rsidRDefault="00000000">
            <w:pPr>
              <w:spacing w:after="20"/>
              <w:jc w:val="center"/>
            </w:pPr>
            <w:r>
              <w:rPr>
                <w:b/>
                <w:color w:val="FFFFFF"/>
                <w:sz w:val="17"/>
              </w:rPr>
              <w:t>A</w:t>
            </w:r>
          </w:p>
        </w:tc>
        <w:tc>
          <w:tcPr>
            <w:tcW w:w="2635" w:type="dxa"/>
            <w:shd w:val="clear" w:color="auto" w:fill="F58213"/>
            <w:tcMar>
              <w:top w:w="40" w:type="dxa"/>
              <w:left w:w="60" w:type="dxa"/>
              <w:bottom w:w="40" w:type="dxa"/>
              <w:right w:w="60" w:type="dxa"/>
            </w:tcMar>
            <w:vAlign w:val="center"/>
          </w:tcPr>
          <w:p w14:paraId="74E31858" w14:textId="77777777" w:rsidR="000555FB" w:rsidRDefault="00000000">
            <w:pPr>
              <w:spacing w:after="20"/>
              <w:jc w:val="center"/>
            </w:pPr>
            <w:r>
              <w:rPr>
                <w:b/>
                <w:color w:val="FFFFFF"/>
                <w:sz w:val="17"/>
              </w:rPr>
              <w:t>B</w:t>
            </w:r>
          </w:p>
        </w:tc>
        <w:tc>
          <w:tcPr>
            <w:tcW w:w="2635" w:type="dxa"/>
            <w:shd w:val="clear" w:color="auto" w:fill="FFCC05"/>
            <w:tcMar>
              <w:top w:w="40" w:type="dxa"/>
              <w:left w:w="60" w:type="dxa"/>
              <w:bottom w:w="40" w:type="dxa"/>
              <w:right w:w="60" w:type="dxa"/>
            </w:tcMar>
            <w:vAlign w:val="center"/>
          </w:tcPr>
          <w:p w14:paraId="4729E76C" w14:textId="77777777" w:rsidR="000555FB" w:rsidRDefault="00000000">
            <w:pPr>
              <w:spacing w:after="20"/>
              <w:jc w:val="center"/>
            </w:pPr>
            <w:r>
              <w:rPr>
                <w:b/>
                <w:color w:val="FFFFFF"/>
                <w:sz w:val="17"/>
              </w:rPr>
              <w:t>C</w:t>
            </w:r>
          </w:p>
        </w:tc>
      </w:tr>
      <w:tr w:rsidR="000555FB" w14:paraId="26304AD0" w14:textId="77777777">
        <w:trPr>
          <w:trHeight w:val="3096"/>
          <w:jc w:val="center"/>
        </w:trPr>
        <w:tc>
          <w:tcPr>
            <w:tcW w:w="2232" w:type="dxa"/>
            <w:tcMar>
              <w:top w:w="70" w:type="dxa"/>
              <w:left w:w="80" w:type="dxa"/>
              <w:bottom w:w="60" w:type="dxa"/>
              <w:right w:w="80" w:type="dxa"/>
            </w:tcMar>
            <w:vAlign w:val="center"/>
          </w:tcPr>
          <w:p w14:paraId="6C3B1062" w14:textId="77777777" w:rsidR="000555FB" w:rsidRDefault="00000000">
            <w:pPr>
              <w:spacing w:after="20"/>
              <w:jc w:val="center"/>
            </w:pPr>
            <w:r>
              <w:rPr>
                <w:b/>
                <w:color w:val="222222"/>
                <w:sz w:val="16"/>
              </w:rPr>
              <w:t>Buchvorstellung</w:t>
            </w:r>
          </w:p>
        </w:tc>
        <w:tc>
          <w:tcPr>
            <w:tcW w:w="2635" w:type="dxa"/>
            <w:tcMar>
              <w:top w:w="70" w:type="dxa"/>
              <w:left w:w="80" w:type="dxa"/>
              <w:bottom w:w="60" w:type="dxa"/>
              <w:right w:w="80" w:type="dxa"/>
            </w:tcMar>
          </w:tcPr>
          <w:p w14:paraId="30F06C53" w14:textId="77777777" w:rsidR="000555FB" w:rsidRDefault="00000000">
            <w:pPr>
              <w:spacing w:after="20"/>
            </w:pPr>
            <w:r>
              <w:rPr>
                <w:sz w:val="14"/>
              </w:rPr>
              <w:t>Einmal pro Schuljahr stellt jede Schülerin/jeder Schüler ein Buch vor oder erzählt von einem Buch.</w:t>
            </w:r>
          </w:p>
          <w:p w14:paraId="12787536" w14:textId="77777777" w:rsidR="000555FB" w:rsidRDefault="00000000">
            <w:pPr>
              <w:spacing w:after="20"/>
            </w:pPr>
            <w:r>
              <w:rPr>
                <w:sz w:val="14"/>
                <w:u w:val="single"/>
              </w:rPr>
              <w:t>Kriterium:</w:t>
            </w:r>
          </w:p>
          <w:p w14:paraId="32354FEA" w14:textId="77777777" w:rsidR="000555FB" w:rsidRDefault="00000000">
            <w:pPr>
              <w:spacing w:after="20"/>
            </w:pPr>
            <w:r>
              <w:rPr>
                <w:sz w:val="14"/>
              </w:rPr>
              <w:t>☐ erfüllt</w:t>
            </w:r>
          </w:p>
          <w:p w14:paraId="42479FCC"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50CA1C24" w14:textId="77777777" w:rsidR="000555FB" w:rsidRDefault="00000000">
            <w:pPr>
              <w:spacing w:after="20"/>
            </w:pPr>
            <w:r>
              <w:rPr>
                <w:sz w:val="14"/>
              </w:rPr>
              <w:t>Die Pädagogin/der Pädagoge bietet jeder Schülerin/jedem Schüler vorab Strategien zur Vorbereitung und Präsentation der Buchvorstellung.</w:t>
            </w:r>
          </w:p>
          <w:p w14:paraId="74A67268" w14:textId="77777777" w:rsidR="000555FB" w:rsidRDefault="00000000">
            <w:pPr>
              <w:spacing w:after="20"/>
            </w:pPr>
            <w:r>
              <w:rPr>
                <w:sz w:val="14"/>
                <w:u w:val="single"/>
              </w:rPr>
              <w:t>Kriterium:</w:t>
            </w:r>
          </w:p>
          <w:p w14:paraId="307FFE1D" w14:textId="77777777" w:rsidR="000555FB" w:rsidRDefault="00000000">
            <w:pPr>
              <w:spacing w:after="20"/>
            </w:pPr>
            <w:r>
              <w:rPr>
                <w:sz w:val="14"/>
              </w:rPr>
              <w:t>☐ erfüllt</w:t>
            </w:r>
          </w:p>
          <w:p w14:paraId="39445B9A" w14:textId="77777777" w:rsidR="000555FB" w:rsidRDefault="00000000">
            <w:pPr>
              <w:spacing w:after="20"/>
            </w:pPr>
            <w:r>
              <w:rPr>
                <w:sz w:val="14"/>
              </w:rPr>
              <w:t>☐ nicht erfüllt</w:t>
            </w:r>
          </w:p>
          <w:p w14:paraId="0E7AFE36" w14:textId="77777777" w:rsidR="000555FB" w:rsidRDefault="00000000">
            <w:pPr>
              <w:spacing w:after="20"/>
            </w:pPr>
            <w:r>
              <w:rPr>
                <w:sz w:val="14"/>
              </w:rPr>
              <w:t>Folgende Strategien werden den Kindern an unsere Schule vermittelt:</w:t>
            </w:r>
          </w:p>
          <w:p w14:paraId="1F771A3D" w14:textId="77777777" w:rsidR="000555FB" w:rsidRDefault="00000000">
            <w:pPr>
              <w:spacing w:after="20"/>
            </w:pPr>
            <w:r>
              <w:rPr>
                <w:sz w:val="14"/>
              </w:rPr>
              <w:t xml:space="preserve"> __________________________________</w:t>
            </w:r>
          </w:p>
        </w:tc>
        <w:tc>
          <w:tcPr>
            <w:tcW w:w="2635" w:type="dxa"/>
            <w:tcMar>
              <w:top w:w="70" w:type="dxa"/>
              <w:left w:w="80" w:type="dxa"/>
              <w:bottom w:w="60" w:type="dxa"/>
              <w:right w:w="80" w:type="dxa"/>
            </w:tcMar>
          </w:tcPr>
          <w:p w14:paraId="3736479D" w14:textId="77777777" w:rsidR="000555FB" w:rsidRDefault="00000000">
            <w:pPr>
              <w:spacing w:after="20"/>
            </w:pPr>
            <w:r>
              <w:rPr>
                <w:sz w:val="14"/>
              </w:rPr>
              <w:t>Zusätzlich zur Präsentation gestaltet jede Schülerin/jeder Schüler ein Produkt zum vorgestellten Buch z.B. Zeichnung, Plakat oder sonstiges.</w:t>
            </w:r>
          </w:p>
          <w:p w14:paraId="38662761" w14:textId="77777777" w:rsidR="000555FB" w:rsidRDefault="00000000">
            <w:pPr>
              <w:spacing w:after="20"/>
            </w:pPr>
            <w:r>
              <w:rPr>
                <w:sz w:val="14"/>
                <w:u w:val="single"/>
              </w:rPr>
              <w:t>Kriterium:</w:t>
            </w:r>
          </w:p>
          <w:p w14:paraId="420189CE" w14:textId="77777777" w:rsidR="000555FB" w:rsidRDefault="00000000">
            <w:pPr>
              <w:spacing w:after="20"/>
            </w:pPr>
            <w:r>
              <w:rPr>
                <w:sz w:val="14"/>
              </w:rPr>
              <w:t>☐ erfüllt</w:t>
            </w:r>
          </w:p>
          <w:p w14:paraId="50108E4F" w14:textId="77777777" w:rsidR="000555FB" w:rsidRDefault="00000000">
            <w:pPr>
              <w:spacing w:after="20"/>
            </w:pPr>
            <w:r>
              <w:rPr>
                <w:sz w:val="14"/>
              </w:rPr>
              <w:t>☐ nicht erfüllt</w:t>
            </w:r>
          </w:p>
        </w:tc>
      </w:tr>
      <w:tr w:rsidR="000555FB" w14:paraId="3C44CB55" w14:textId="77777777">
        <w:trPr>
          <w:trHeight w:val="3384"/>
          <w:jc w:val="center"/>
        </w:trPr>
        <w:tc>
          <w:tcPr>
            <w:tcW w:w="2232" w:type="dxa"/>
            <w:tcMar>
              <w:top w:w="70" w:type="dxa"/>
              <w:left w:w="80" w:type="dxa"/>
              <w:bottom w:w="60" w:type="dxa"/>
              <w:right w:w="80" w:type="dxa"/>
            </w:tcMar>
            <w:vAlign w:val="center"/>
          </w:tcPr>
          <w:p w14:paraId="25B2C66F" w14:textId="77777777" w:rsidR="000555FB" w:rsidRDefault="00000000">
            <w:pPr>
              <w:spacing w:after="20"/>
              <w:jc w:val="center"/>
            </w:pPr>
            <w:r>
              <w:rPr>
                <w:b/>
                <w:color w:val="222222"/>
                <w:sz w:val="16"/>
              </w:rPr>
              <w:t>Literaturvermittlung</w:t>
            </w:r>
          </w:p>
        </w:tc>
        <w:tc>
          <w:tcPr>
            <w:tcW w:w="2635" w:type="dxa"/>
            <w:tcMar>
              <w:top w:w="70" w:type="dxa"/>
              <w:left w:w="80" w:type="dxa"/>
              <w:bottom w:w="60" w:type="dxa"/>
              <w:right w:w="80" w:type="dxa"/>
            </w:tcMar>
          </w:tcPr>
          <w:p w14:paraId="567364FE" w14:textId="77777777" w:rsidR="000555FB" w:rsidRDefault="00000000">
            <w:pPr>
              <w:spacing w:after="20"/>
            </w:pPr>
            <w:r>
              <w:rPr>
                <w:sz w:val="14"/>
              </w:rPr>
              <w:t>Mindestens einmal pro Schuljahr wird von einem Verlag oder einer Buchhandlung eine Buchausstellung an der Schule veranstaltet.</w:t>
            </w:r>
          </w:p>
          <w:p w14:paraId="23F647DB" w14:textId="77777777" w:rsidR="000555FB" w:rsidRDefault="00000000">
            <w:pPr>
              <w:spacing w:after="20"/>
            </w:pPr>
            <w:r>
              <w:rPr>
                <w:sz w:val="14"/>
                <w:u w:val="single"/>
              </w:rPr>
              <w:t>Kriterium:</w:t>
            </w:r>
          </w:p>
          <w:p w14:paraId="3A2F5F65" w14:textId="77777777" w:rsidR="000555FB" w:rsidRDefault="00000000">
            <w:pPr>
              <w:spacing w:after="20"/>
            </w:pPr>
            <w:r>
              <w:rPr>
                <w:sz w:val="14"/>
              </w:rPr>
              <w:t>☐ erfüllt</w:t>
            </w:r>
          </w:p>
          <w:p w14:paraId="466B806E" w14:textId="77777777" w:rsidR="000555FB" w:rsidRDefault="00000000">
            <w:pPr>
              <w:spacing w:after="20"/>
            </w:pPr>
            <w:r>
              <w:rPr>
                <w:sz w:val="14"/>
              </w:rPr>
              <w:t>☐ nicht erfüllt</w:t>
            </w:r>
          </w:p>
          <w:p w14:paraId="252AD487" w14:textId="77777777" w:rsidR="000555FB" w:rsidRDefault="00000000">
            <w:pPr>
              <w:spacing w:after="20"/>
            </w:pPr>
            <w:r>
              <w:rPr>
                <w:sz w:val="14"/>
              </w:rPr>
              <w:t>Wann hat die letzte Ausstellung stattgefunden? __________________________________</w:t>
            </w:r>
          </w:p>
        </w:tc>
        <w:tc>
          <w:tcPr>
            <w:tcW w:w="2635" w:type="dxa"/>
            <w:tcMar>
              <w:top w:w="70" w:type="dxa"/>
              <w:left w:w="80" w:type="dxa"/>
              <w:bottom w:w="60" w:type="dxa"/>
              <w:right w:w="80" w:type="dxa"/>
            </w:tcMar>
          </w:tcPr>
          <w:p w14:paraId="77280D57" w14:textId="77777777" w:rsidR="000555FB" w:rsidRDefault="00000000">
            <w:pPr>
              <w:spacing w:after="20"/>
            </w:pPr>
            <w:r>
              <w:rPr>
                <w:sz w:val="14"/>
              </w:rPr>
              <w:t>Lesungen mit einer Autorin/einem Autor finden pro Schuljahr für alle Schülerinnen und Schüler statt.</w:t>
            </w:r>
          </w:p>
          <w:p w14:paraId="5694BBB0" w14:textId="77777777" w:rsidR="000555FB" w:rsidRDefault="00000000">
            <w:pPr>
              <w:spacing w:after="20"/>
            </w:pPr>
            <w:r>
              <w:rPr>
                <w:sz w:val="14"/>
                <w:u w:val="single"/>
              </w:rPr>
              <w:t>Kriterium:</w:t>
            </w:r>
          </w:p>
          <w:p w14:paraId="22F13D29" w14:textId="77777777" w:rsidR="000555FB" w:rsidRDefault="00000000">
            <w:pPr>
              <w:spacing w:after="20"/>
            </w:pPr>
            <w:r>
              <w:rPr>
                <w:sz w:val="14"/>
              </w:rPr>
              <w:t>☐ erfüllt</w:t>
            </w:r>
          </w:p>
          <w:p w14:paraId="1BC408CA" w14:textId="77777777" w:rsidR="000555FB" w:rsidRDefault="00000000">
            <w:pPr>
              <w:spacing w:after="20"/>
            </w:pPr>
            <w:r>
              <w:rPr>
                <w:sz w:val="14"/>
              </w:rPr>
              <w:t>☐ nicht erfüllt</w:t>
            </w:r>
          </w:p>
          <w:p w14:paraId="4A91FE61" w14:textId="77777777" w:rsidR="000555FB" w:rsidRDefault="00000000">
            <w:pPr>
              <w:spacing w:after="20"/>
            </w:pPr>
            <w:r>
              <w:rPr>
                <w:sz w:val="14"/>
              </w:rPr>
              <w:t>Wann hat die letzte Lesung mit einer Autorin/einem Autor stattgefunden? __________________________________</w:t>
            </w:r>
          </w:p>
          <w:p w14:paraId="5DD8B6A3" w14:textId="77777777" w:rsidR="000555FB" w:rsidRDefault="00000000">
            <w:pPr>
              <w:spacing w:after="20"/>
            </w:pPr>
            <w:r>
              <w:rPr>
                <w:sz w:val="14"/>
              </w:rPr>
              <w:t>Nennen Sie den Namen der Autorin/des Autors __________________________________</w:t>
            </w:r>
          </w:p>
        </w:tc>
        <w:tc>
          <w:tcPr>
            <w:tcW w:w="2635" w:type="dxa"/>
            <w:tcMar>
              <w:top w:w="70" w:type="dxa"/>
              <w:left w:w="80" w:type="dxa"/>
              <w:bottom w:w="60" w:type="dxa"/>
              <w:right w:w="80" w:type="dxa"/>
            </w:tcMar>
          </w:tcPr>
          <w:p w14:paraId="5DE37E87" w14:textId="77777777" w:rsidR="000555FB" w:rsidRDefault="00000000">
            <w:pPr>
              <w:spacing w:after="20"/>
            </w:pPr>
            <w:r>
              <w:rPr>
                <w:sz w:val="14"/>
              </w:rPr>
              <w:t>Jede Schülerin/Jeder Schüler schreibt Texte oder gestaltet daraus ein Produkt, das in der Klasse ausgestellt wird.</w:t>
            </w:r>
          </w:p>
          <w:p w14:paraId="7B79EFC9" w14:textId="77777777" w:rsidR="000555FB" w:rsidRDefault="00000000">
            <w:pPr>
              <w:spacing w:after="20"/>
            </w:pPr>
            <w:r>
              <w:rPr>
                <w:sz w:val="14"/>
                <w:u w:val="single"/>
              </w:rPr>
              <w:t>Alle Kriterien:</w:t>
            </w:r>
          </w:p>
          <w:p w14:paraId="0FF0DDB2" w14:textId="77777777" w:rsidR="000555FB" w:rsidRDefault="00000000">
            <w:pPr>
              <w:spacing w:after="20"/>
            </w:pPr>
            <w:r>
              <w:rPr>
                <w:sz w:val="14"/>
              </w:rPr>
              <w:t>☐ erfüllt</w:t>
            </w:r>
          </w:p>
          <w:p w14:paraId="2675A9E4" w14:textId="77777777" w:rsidR="000555FB" w:rsidRDefault="00000000">
            <w:pPr>
              <w:spacing w:after="20"/>
            </w:pPr>
            <w:r>
              <w:rPr>
                <w:sz w:val="14"/>
              </w:rPr>
              <w:t>☐ nicht erfüllt</w:t>
            </w:r>
          </w:p>
          <w:p w14:paraId="0B035A76" w14:textId="77777777" w:rsidR="000555FB" w:rsidRDefault="00000000">
            <w:pPr>
              <w:spacing w:after="20"/>
            </w:pPr>
            <w:r>
              <w:rPr>
                <w:b/>
                <w:color w:val="E6A500"/>
                <w:sz w:val="14"/>
              </w:rPr>
              <w:t>Upload A: Foto eines Produktes</w:t>
            </w:r>
          </w:p>
          <w:p w14:paraId="1AB2110C" w14:textId="77777777" w:rsidR="000555FB" w:rsidRDefault="00000000">
            <w:pPr>
              <w:spacing w:after="20"/>
            </w:pPr>
            <w:r>
              <w:rPr>
                <w:i/>
                <w:color w:val="F58213"/>
                <w:sz w:val="13"/>
              </w:rPr>
              <w:t>Bitte mit dem ausgefüllten Formular unter Upload A hochladen.</w:t>
            </w:r>
          </w:p>
        </w:tc>
      </w:tr>
      <w:tr w:rsidR="000555FB" w14:paraId="2E21AE3D" w14:textId="77777777">
        <w:trPr>
          <w:trHeight w:val="3168"/>
          <w:jc w:val="center"/>
        </w:trPr>
        <w:tc>
          <w:tcPr>
            <w:tcW w:w="2232" w:type="dxa"/>
            <w:tcMar>
              <w:top w:w="70" w:type="dxa"/>
              <w:left w:w="80" w:type="dxa"/>
              <w:bottom w:w="60" w:type="dxa"/>
              <w:right w:w="80" w:type="dxa"/>
            </w:tcMar>
            <w:vAlign w:val="center"/>
          </w:tcPr>
          <w:p w14:paraId="36394AC8" w14:textId="77777777" w:rsidR="000555FB" w:rsidRDefault="00000000">
            <w:pPr>
              <w:spacing w:after="20"/>
              <w:jc w:val="center"/>
            </w:pPr>
            <w:r>
              <w:rPr>
                <w:b/>
                <w:color w:val="222222"/>
                <w:sz w:val="16"/>
              </w:rPr>
              <w:t>Veranstaltungen</w:t>
            </w:r>
          </w:p>
        </w:tc>
        <w:tc>
          <w:tcPr>
            <w:tcW w:w="2635" w:type="dxa"/>
            <w:tcMar>
              <w:top w:w="70" w:type="dxa"/>
              <w:left w:w="80" w:type="dxa"/>
              <w:bottom w:w="60" w:type="dxa"/>
              <w:right w:w="80" w:type="dxa"/>
            </w:tcMar>
          </w:tcPr>
          <w:p w14:paraId="4EF69866" w14:textId="77777777" w:rsidR="000555FB" w:rsidRDefault="00000000">
            <w:pPr>
              <w:spacing w:after="20"/>
            </w:pPr>
            <w:r>
              <w:rPr>
                <w:sz w:val="14"/>
              </w:rPr>
              <w:t>Am Schulstandort findet einmal im Schuljahr eine Lesenacht, ein Lesevormittag, ein Lesenachmittag oder eine besondere Lesestunde statt.</w:t>
            </w:r>
          </w:p>
          <w:p w14:paraId="65414E4E" w14:textId="77777777" w:rsidR="000555FB" w:rsidRDefault="00000000">
            <w:pPr>
              <w:spacing w:after="20"/>
            </w:pPr>
            <w:r>
              <w:rPr>
                <w:sz w:val="14"/>
                <w:u w:val="single"/>
              </w:rPr>
              <w:t>Kriterium:</w:t>
            </w:r>
          </w:p>
          <w:p w14:paraId="1565EA98" w14:textId="77777777" w:rsidR="000555FB" w:rsidRDefault="00000000">
            <w:pPr>
              <w:spacing w:after="20"/>
            </w:pPr>
            <w:r>
              <w:rPr>
                <w:sz w:val="14"/>
              </w:rPr>
              <w:t>☐ erfüllt</w:t>
            </w:r>
          </w:p>
          <w:p w14:paraId="01E57E0C"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5C214802" w14:textId="77777777" w:rsidR="000555FB" w:rsidRDefault="00000000">
            <w:pPr>
              <w:spacing w:after="20"/>
            </w:pPr>
            <w:r>
              <w:rPr>
                <w:sz w:val="14"/>
              </w:rPr>
              <w:t>Eine klassenübergreifende Veranstaltung mit Einbeziehung der Erziehungsberechtigten in Form eines Lesefestes oder einer ähnlichen Veranstaltung findet einmal im Schuljahr statt.</w:t>
            </w:r>
          </w:p>
          <w:p w14:paraId="03D450AB" w14:textId="77777777" w:rsidR="000555FB" w:rsidRDefault="00000000">
            <w:pPr>
              <w:spacing w:after="20"/>
            </w:pPr>
            <w:r>
              <w:rPr>
                <w:sz w:val="14"/>
                <w:u w:val="single"/>
              </w:rPr>
              <w:t>Alle Kriterien:</w:t>
            </w:r>
          </w:p>
          <w:p w14:paraId="032775BC" w14:textId="77777777" w:rsidR="000555FB" w:rsidRDefault="00000000">
            <w:pPr>
              <w:spacing w:after="20"/>
            </w:pPr>
            <w:r>
              <w:rPr>
                <w:sz w:val="14"/>
              </w:rPr>
              <w:t>☐ erfüllt</w:t>
            </w:r>
          </w:p>
          <w:p w14:paraId="1BDC56F6" w14:textId="77777777" w:rsidR="000555FB" w:rsidRDefault="00000000">
            <w:pPr>
              <w:spacing w:after="20"/>
            </w:pPr>
            <w:r>
              <w:rPr>
                <w:sz w:val="14"/>
              </w:rPr>
              <w:t>☐ nicht erfüllt</w:t>
            </w:r>
          </w:p>
          <w:p w14:paraId="6F00CE8B" w14:textId="77777777" w:rsidR="000555FB" w:rsidRDefault="00000000">
            <w:pPr>
              <w:spacing w:after="20"/>
            </w:pPr>
            <w:r>
              <w:rPr>
                <w:sz w:val="14"/>
              </w:rPr>
              <w:t>Welche Veranstaltung haben Sie durchgeführt? __________________________________</w:t>
            </w:r>
          </w:p>
        </w:tc>
        <w:tc>
          <w:tcPr>
            <w:tcW w:w="2635" w:type="dxa"/>
            <w:tcMar>
              <w:top w:w="70" w:type="dxa"/>
              <w:left w:w="80" w:type="dxa"/>
              <w:bottom w:w="60" w:type="dxa"/>
              <w:right w:w="80" w:type="dxa"/>
            </w:tcMar>
          </w:tcPr>
          <w:p w14:paraId="0D009DAA" w14:textId="77777777" w:rsidR="000555FB" w:rsidRDefault="00000000">
            <w:pPr>
              <w:spacing w:after="20"/>
            </w:pPr>
            <w:r>
              <w:rPr>
                <w:sz w:val="14"/>
              </w:rPr>
              <w:t>Die Schule beteiligt sich mit den Klassen an regionalen oder überregionalen Leseveranstaltungen wie zum Beispiel dem Österreichischen Vorlesetag, der Aktion „Österreich liest“ oder dem „Lesesommer Burgenland“.</w:t>
            </w:r>
          </w:p>
          <w:p w14:paraId="6BAD3D46" w14:textId="77777777" w:rsidR="000555FB" w:rsidRDefault="00000000">
            <w:pPr>
              <w:spacing w:after="20"/>
            </w:pPr>
            <w:r>
              <w:rPr>
                <w:sz w:val="14"/>
                <w:u w:val="single"/>
              </w:rPr>
              <w:t>Kriterium:</w:t>
            </w:r>
          </w:p>
          <w:p w14:paraId="7014A14F" w14:textId="77777777" w:rsidR="000555FB" w:rsidRDefault="00000000">
            <w:pPr>
              <w:spacing w:after="20"/>
            </w:pPr>
            <w:r>
              <w:rPr>
                <w:sz w:val="14"/>
              </w:rPr>
              <w:t>☐ erfüllt</w:t>
            </w:r>
          </w:p>
          <w:p w14:paraId="627D4FB4" w14:textId="77777777" w:rsidR="000555FB" w:rsidRDefault="00000000">
            <w:pPr>
              <w:spacing w:after="20"/>
            </w:pPr>
            <w:r>
              <w:rPr>
                <w:sz w:val="14"/>
              </w:rPr>
              <w:t>☐ nicht erfüllt</w:t>
            </w:r>
          </w:p>
          <w:p w14:paraId="7C679DE7" w14:textId="77777777" w:rsidR="000555FB" w:rsidRDefault="00000000">
            <w:pPr>
              <w:spacing w:after="20"/>
            </w:pPr>
            <w:r>
              <w:rPr>
                <w:sz w:val="14"/>
              </w:rPr>
              <w:t>Wann hat die letzte Ausstellung stattgefunden? __________________________________</w:t>
            </w:r>
          </w:p>
        </w:tc>
      </w:tr>
      <w:tr w:rsidR="000555FB" w14:paraId="4FD14E40" w14:textId="77777777">
        <w:trPr>
          <w:trHeight w:val="403"/>
          <w:jc w:val="center"/>
        </w:trPr>
        <w:tc>
          <w:tcPr>
            <w:tcW w:w="2700" w:type="dxa"/>
          </w:tcPr>
          <w:p w14:paraId="5D2635CC" w14:textId="77777777" w:rsidR="000555FB" w:rsidRDefault="00000000">
            <w:pPr>
              <w:spacing w:after="20"/>
              <w:jc w:val="center"/>
            </w:pPr>
            <w:r>
              <w:rPr>
                <w:color w:val="222222"/>
                <w:sz w:val="15"/>
              </w:rPr>
              <w:t>Punkte</w:t>
            </w:r>
          </w:p>
        </w:tc>
        <w:tc>
          <w:tcPr>
            <w:tcW w:w="8100" w:type="dxa"/>
            <w:gridSpan w:val="3"/>
          </w:tcPr>
          <w:p w14:paraId="1DEAB292" w14:textId="77777777" w:rsidR="000555FB" w:rsidRDefault="00000000">
            <w:pPr>
              <w:spacing w:after="20"/>
            </w:pPr>
            <w:r>
              <w:rPr>
                <w:sz w:val="14"/>
              </w:rPr>
              <w:t>Jedes Kriterium wird mit 0 (= nicht erfüllt) oder 1 (= erfüllt) Punkt bewertet.</w:t>
            </w:r>
          </w:p>
        </w:tc>
      </w:tr>
      <w:tr w:rsidR="000555FB" w14:paraId="49805EC2" w14:textId="77777777">
        <w:trPr>
          <w:trHeight w:val="403"/>
          <w:jc w:val="center"/>
        </w:trPr>
        <w:tc>
          <w:tcPr>
            <w:tcW w:w="2700" w:type="dxa"/>
          </w:tcPr>
          <w:p w14:paraId="2BB3C478" w14:textId="77777777" w:rsidR="000555FB" w:rsidRDefault="00000000">
            <w:pPr>
              <w:spacing w:after="20"/>
              <w:jc w:val="center"/>
            </w:pPr>
            <w:r>
              <w:rPr>
                <w:b/>
                <w:color w:val="222222"/>
                <w:sz w:val="15"/>
              </w:rPr>
              <w:t>Gesamtpunkte</w:t>
            </w:r>
          </w:p>
        </w:tc>
        <w:tc>
          <w:tcPr>
            <w:tcW w:w="8100" w:type="dxa"/>
            <w:gridSpan w:val="3"/>
          </w:tcPr>
          <w:p w14:paraId="2A84F38E" w14:textId="77777777" w:rsidR="000555FB" w:rsidRDefault="00000000">
            <w:pPr>
              <w:spacing w:after="20"/>
            </w:pPr>
            <w:r>
              <w:rPr>
                <w:sz w:val="15"/>
              </w:rPr>
              <w:t>________ / 9</w:t>
            </w:r>
          </w:p>
        </w:tc>
      </w:tr>
    </w:tbl>
    <w:p w14:paraId="5CC01FF3" w14:textId="77777777" w:rsidR="000555FB" w:rsidRDefault="00000000">
      <w:r>
        <w:br w:type="page"/>
      </w:r>
    </w:p>
    <w:p w14:paraId="5196A78F" w14:textId="77777777" w:rsidR="000555FB" w:rsidRDefault="00000000">
      <w:pPr>
        <w:spacing w:after="160"/>
      </w:pPr>
      <w:r>
        <w:rPr>
          <w:b/>
          <w:color w:val="222222"/>
          <w:sz w:val="34"/>
        </w:rPr>
        <w:t>ATTRAKTIVES LESEUMFELD GESTALTEN</w:t>
      </w:r>
    </w:p>
    <w:tbl>
      <w:tblPr>
        <w:tblStyle w:val="Tabellenraster"/>
        <w:tblW w:w="0" w:type="auto"/>
        <w:jc w:val="center"/>
        <w:tblLayout w:type="fixed"/>
        <w:tblLook w:val="04A0" w:firstRow="1" w:lastRow="0" w:firstColumn="1" w:lastColumn="0" w:noHBand="0" w:noVBand="1"/>
      </w:tblPr>
      <w:tblGrid>
        <w:gridCol w:w="2700"/>
        <w:gridCol w:w="2635"/>
        <w:gridCol w:w="2635"/>
        <w:gridCol w:w="2830"/>
      </w:tblGrid>
      <w:tr w:rsidR="000555FB" w14:paraId="5A4F1E23" w14:textId="77777777">
        <w:trPr>
          <w:tblHeader/>
          <w:jc w:val="center"/>
        </w:trPr>
        <w:tc>
          <w:tcPr>
            <w:tcW w:w="2232" w:type="dxa"/>
            <w:shd w:val="clear" w:color="auto" w:fill="FFFFFF"/>
            <w:tcMar>
              <w:top w:w="40" w:type="dxa"/>
              <w:left w:w="60" w:type="dxa"/>
              <w:bottom w:w="40" w:type="dxa"/>
              <w:right w:w="60" w:type="dxa"/>
            </w:tcMar>
            <w:vAlign w:val="center"/>
          </w:tcPr>
          <w:p w14:paraId="1BA70393" w14:textId="77777777" w:rsidR="000555FB" w:rsidRDefault="00000000">
            <w:pPr>
              <w:spacing w:after="20"/>
              <w:jc w:val="center"/>
            </w:pPr>
            <w:r>
              <w:rPr>
                <w:b/>
                <w:color w:val="222222"/>
                <w:sz w:val="17"/>
              </w:rPr>
              <w:t>Kriterium</w:t>
            </w:r>
          </w:p>
        </w:tc>
        <w:tc>
          <w:tcPr>
            <w:tcW w:w="2635" w:type="dxa"/>
            <w:shd w:val="clear" w:color="auto" w:fill="ED1C24"/>
            <w:tcMar>
              <w:top w:w="40" w:type="dxa"/>
              <w:left w:w="60" w:type="dxa"/>
              <w:bottom w:w="40" w:type="dxa"/>
              <w:right w:w="60" w:type="dxa"/>
            </w:tcMar>
            <w:vAlign w:val="center"/>
          </w:tcPr>
          <w:p w14:paraId="7140E415" w14:textId="77777777" w:rsidR="000555FB" w:rsidRDefault="00000000">
            <w:pPr>
              <w:spacing w:after="20"/>
              <w:jc w:val="center"/>
            </w:pPr>
            <w:r>
              <w:rPr>
                <w:b/>
                <w:color w:val="FFFFFF"/>
                <w:sz w:val="17"/>
              </w:rPr>
              <w:t>A</w:t>
            </w:r>
          </w:p>
        </w:tc>
        <w:tc>
          <w:tcPr>
            <w:tcW w:w="2635" w:type="dxa"/>
            <w:shd w:val="clear" w:color="auto" w:fill="F58213"/>
            <w:tcMar>
              <w:top w:w="40" w:type="dxa"/>
              <w:left w:w="60" w:type="dxa"/>
              <w:bottom w:w="40" w:type="dxa"/>
              <w:right w:w="60" w:type="dxa"/>
            </w:tcMar>
            <w:vAlign w:val="center"/>
          </w:tcPr>
          <w:p w14:paraId="617AF6FB" w14:textId="77777777" w:rsidR="000555FB" w:rsidRDefault="00000000">
            <w:pPr>
              <w:spacing w:after="20"/>
              <w:jc w:val="center"/>
            </w:pPr>
            <w:r>
              <w:rPr>
                <w:b/>
                <w:color w:val="FFFFFF"/>
                <w:sz w:val="17"/>
              </w:rPr>
              <w:t>B</w:t>
            </w:r>
          </w:p>
        </w:tc>
        <w:tc>
          <w:tcPr>
            <w:tcW w:w="2635" w:type="dxa"/>
            <w:shd w:val="clear" w:color="auto" w:fill="FFCC05"/>
            <w:tcMar>
              <w:top w:w="40" w:type="dxa"/>
              <w:left w:w="60" w:type="dxa"/>
              <w:bottom w:w="40" w:type="dxa"/>
              <w:right w:w="60" w:type="dxa"/>
            </w:tcMar>
            <w:vAlign w:val="center"/>
          </w:tcPr>
          <w:p w14:paraId="4561F70A" w14:textId="77777777" w:rsidR="000555FB" w:rsidRDefault="00000000">
            <w:pPr>
              <w:spacing w:after="20"/>
              <w:jc w:val="center"/>
            </w:pPr>
            <w:r>
              <w:rPr>
                <w:b/>
                <w:color w:val="FFFFFF"/>
                <w:sz w:val="17"/>
              </w:rPr>
              <w:t>C</w:t>
            </w:r>
          </w:p>
        </w:tc>
      </w:tr>
      <w:tr w:rsidR="000555FB" w14:paraId="326C726B" w14:textId="77777777">
        <w:trPr>
          <w:trHeight w:val="2448"/>
          <w:jc w:val="center"/>
        </w:trPr>
        <w:tc>
          <w:tcPr>
            <w:tcW w:w="2232" w:type="dxa"/>
            <w:tcMar>
              <w:top w:w="70" w:type="dxa"/>
              <w:left w:w="80" w:type="dxa"/>
              <w:bottom w:w="60" w:type="dxa"/>
              <w:right w:w="80" w:type="dxa"/>
            </w:tcMar>
            <w:vAlign w:val="center"/>
          </w:tcPr>
          <w:p w14:paraId="284406F3" w14:textId="77777777" w:rsidR="000555FB" w:rsidRDefault="00000000">
            <w:pPr>
              <w:spacing w:after="20"/>
              <w:jc w:val="center"/>
            </w:pPr>
            <w:r>
              <w:rPr>
                <w:b/>
                <w:color w:val="222222"/>
                <w:sz w:val="16"/>
              </w:rPr>
              <w:t>Buchbestand an</w:t>
            </w:r>
            <w:r>
              <w:rPr>
                <w:b/>
                <w:color w:val="222222"/>
                <w:sz w:val="16"/>
              </w:rPr>
              <w:br/>
              <w:t>der Schule</w:t>
            </w:r>
          </w:p>
        </w:tc>
        <w:tc>
          <w:tcPr>
            <w:tcW w:w="2635" w:type="dxa"/>
            <w:tcMar>
              <w:top w:w="70" w:type="dxa"/>
              <w:left w:w="80" w:type="dxa"/>
              <w:bottom w:w="60" w:type="dxa"/>
              <w:right w:w="80" w:type="dxa"/>
            </w:tcMar>
          </w:tcPr>
          <w:p w14:paraId="54CB50C6" w14:textId="77777777" w:rsidR="000555FB" w:rsidRDefault="00000000">
            <w:pPr>
              <w:spacing w:after="20"/>
            </w:pPr>
            <w:r>
              <w:rPr>
                <w:sz w:val="14"/>
              </w:rPr>
              <w:t>Jeder Schülerin/Jedem Schüler steht der freie Zugang zu aktueller Kinderliteratur und zu Sachbüchern in der Klassen- oder der Schulbibliothek zur Verfügung.</w:t>
            </w:r>
          </w:p>
          <w:p w14:paraId="16E69420" w14:textId="77777777" w:rsidR="000555FB" w:rsidRDefault="00000000">
            <w:pPr>
              <w:spacing w:after="20"/>
            </w:pPr>
            <w:r>
              <w:rPr>
                <w:sz w:val="14"/>
                <w:u w:val="single"/>
              </w:rPr>
              <w:t>Alle Kriterien:</w:t>
            </w:r>
          </w:p>
          <w:p w14:paraId="26CD3B16" w14:textId="77777777" w:rsidR="000555FB" w:rsidRDefault="00000000">
            <w:pPr>
              <w:spacing w:after="20"/>
            </w:pPr>
            <w:r>
              <w:rPr>
                <w:sz w:val="14"/>
              </w:rPr>
              <w:t>☐ erfüllt</w:t>
            </w:r>
          </w:p>
          <w:p w14:paraId="2A607BF5"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52802BFC" w14:textId="77777777" w:rsidR="000555FB" w:rsidRDefault="00000000">
            <w:pPr>
              <w:spacing w:after="20"/>
            </w:pPr>
            <w:r>
              <w:rPr>
                <w:sz w:val="14"/>
              </w:rPr>
              <w:t>Besonderer Wert wird auf geschlechtergerechte Auswahl der Literatur beim Ankauf gelegt und jedem Kind stehen mehrere Bücher aus unterschiedlichen Genres zur Auswahl.</w:t>
            </w:r>
          </w:p>
          <w:p w14:paraId="1A24556A" w14:textId="77777777" w:rsidR="000555FB" w:rsidRDefault="00000000">
            <w:pPr>
              <w:spacing w:after="20"/>
            </w:pPr>
            <w:r>
              <w:rPr>
                <w:sz w:val="14"/>
                <w:u w:val="single"/>
              </w:rPr>
              <w:t>Alle Kriterien:</w:t>
            </w:r>
          </w:p>
          <w:p w14:paraId="7EED8870" w14:textId="77777777" w:rsidR="000555FB" w:rsidRDefault="00000000">
            <w:pPr>
              <w:spacing w:after="20"/>
            </w:pPr>
            <w:r>
              <w:rPr>
                <w:sz w:val="14"/>
              </w:rPr>
              <w:t>☐ erfüllt</w:t>
            </w:r>
          </w:p>
          <w:p w14:paraId="79983515"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5F396555" w14:textId="77777777" w:rsidR="000555FB" w:rsidRDefault="00000000">
            <w:pPr>
              <w:spacing w:after="20"/>
            </w:pPr>
            <w:r>
              <w:rPr>
                <w:sz w:val="14"/>
              </w:rPr>
              <w:t>Pro Schuljahr werden verschiedene Buchtitel für die Schul- und/oder Klassenbibliothek(en) unter Berücksichtigung unterschiedlicher Lesekompetenzniveaus zur Verfügung gestellt.</w:t>
            </w:r>
          </w:p>
          <w:p w14:paraId="37F14DB7" w14:textId="77777777" w:rsidR="000555FB" w:rsidRDefault="00000000">
            <w:pPr>
              <w:spacing w:after="20"/>
            </w:pPr>
            <w:r>
              <w:rPr>
                <w:sz w:val="14"/>
                <w:u w:val="single"/>
              </w:rPr>
              <w:t>Kriterium:</w:t>
            </w:r>
          </w:p>
          <w:p w14:paraId="3F3F252B" w14:textId="77777777" w:rsidR="000555FB" w:rsidRDefault="00000000">
            <w:pPr>
              <w:spacing w:after="20"/>
            </w:pPr>
            <w:r>
              <w:rPr>
                <w:sz w:val="14"/>
              </w:rPr>
              <w:t>☐ erfüllt</w:t>
            </w:r>
          </w:p>
          <w:p w14:paraId="7481CB98" w14:textId="77777777" w:rsidR="000555FB" w:rsidRDefault="00000000">
            <w:pPr>
              <w:spacing w:after="20"/>
            </w:pPr>
            <w:r>
              <w:rPr>
                <w:sz w:val="14"/>
              </w:rPr>
              <w:t>☐ nicht erfüllt</w:t>
            </w:r>
          </w:p>
        </w:tc>
      </w:tr>
      <w:tr w:rsidR="000555FB" w14:paraId="357186CB" w14:textId="77777777">
        <w:trPr>
          <w:trHeight w:val="3456"/>
          <w:jc w:val="center"/>
        </w:trPr>
        <w:tc>
          <w:tcPr>
            <w:tcW w:w="2232" w:type="dxa"/>
            <w:tcMar>
              <w:top w:w="70" w:type="dxa"/>
              <w:left w:w="80" w:type="dxa"/>
              <w:bottom w:w="60" w:type="dxa"/>
              <w:right w:w="80" w:type="dxa"/>
            </w:tcMar>
            <w:vAlign w:val="center"/>
          </w:tcPr>
          <w:p w14:paraId="056E3171" w14:textId="77777777" w:rsidR="000555FB" w:rsidRDefault="00000000">
            <w:pPr>
              <w:spacing w:after="20"/>
              <w:jc w:val="center"/>
            </w:pPr>
            <w:r>
              <w:rPr>
                <w:b/>
                <w:color w:val="222222"/>
                <w:sz w:val="16"/>
              </w:rPr>
              <w:t>Kooperationen</w:t>
            </w:r>
            <w:r>
              <w:rPr>
                <w:b/>
                <w:color w:val="222222"/>
                <w:sz w:val="16"/>
              </w:rPr>
              <w:br/>
            </w:r>
            <w:r>
              <w:rPr>
                <w:b/>
                <w:color w:val="222222"/>
                <w:sz w:val="16"/>
              </w:rPr>
              <w:br/>
              <w:t>Bildungseinrichtungen:</w:t>
            </w:r>
            <w:r>
              <w:rPr>
                <w:b/>
                <w:color w:val="222222"/>
                <w:sz w:val="16"/>
              </w:rPr>
              <w:br/>
              <w:t>z.B. andere Schulen im Bezirk</w:t>
            </w:r>
            <w:r>
              <w:rPr>
                <w:b/>
                <w:color w:val="222222"/>
                <w:sz w:val="16"/>
              </w:rPr>
              <w:br/>
            </w:r>
            <w:r>
              <w:rPr>
                <w:b/>
                <w:color w:val="222222"/>
                <w:sz w:val="16"/>
              </w:rPr>
              <w:br/>
              <w:t>Externe Kooperationspartner:</w:t>
            </w:r>
            <w:r>
              <w:rPr>
                <w:b/>
                <w:color w:val="222222"/>
                <w:sz w:val="16"/>
              </w:rPr>
              <w:br/>
              <w:t>Lesepaten des Roten Kreuzes,</w:t>
            </w:r>
            <w:r>
              <w:rPr>
                <w:b/>
                <w:color w:val="222222"/>
                <w:sz w:val="16"/>
              </w:rPr>
              <w:br/>
              <w:t>öffentliche Büchereien</w:t>
            </w:r>
          </w:p>
        </w:tc>
        <w:tc>
          <w:tcPr>
            <w:tcW w:w="2635" w:type="dxa"/>
            <w:tcMar>
              <w:top w:w="70" w:type="dxa"/>
              <w:left w:w="80" w:type="dxa"/>
              <w:bottom w:w="60" w:type="dxa"/>
              <w:right w:w="80" w:type="dxa"/>
            </w:tcMar>
          </w:tcPr>
          <w:p w14:paraId="6F6B62DC" w14:textId="77777777" w:rsidR="000555FB" w:rsidRDefault="00000000">
            <w:pPr>
              <w:spacing w:after="20"/>
            </w:pPr>
            <w:r>
              <w:rPr>
                <w:sz w:val="14"/>
              </w:rPr>
              <w:t>Es gibt Leseaktivitäten mit unterschiedlichen Kooperationspartnern</w:t>
            </w:r>
          </w:p>
          <w:p w14:paraId="05BC9593" w14:textId="77777777" w:rsidR="000555FB" w:rsidRDefault="00000000">
            <w:pPr>
              <w:spacing w:after="20"/>
            </w:pPr>
            <w:r>
              <w:rPr>
                <w:sz w:val="14"/>
                <w:u w:val="single"/>
              </w:rPr>
              <w:t>Kriterium:</w:t>
            </w:r>
          </w:p>
          <w:p w14:paraId="2EC2E16D" w14:textId="77777777" w:rsidR="000555FB" w:rsidRDefault="00000000">
            <w:pPr>
              <w:spacing w:after="20"/>
            </w:pPr>
            <w:r>
              <w:rPr>
                <w:sz w:val="14"/>
              </w:rPr>
              <w:t>☐ erfüllt</w:t>
            </w:r>
          </w:p>
          <w:p w14:paraId="054ECED8" w14:textId="77777777" w:rsidR="000555FB" w:rsidRDefault="00000000">
            <w:pPr>
              <w:spacing w:after="20"/>
            </w:pPr>
            <w:r>
              <w:rPr>
                <w:sz w:val="14"/>
              </w:rPr>
              <w:t>☐ nicht erfüllt</w:t>
            </w:r>
          </w:p>
          <w:p w14:paraId="3B61E972" w14:textId="77777777" w:rsidR="000555FB" w:rsidRDefault="00000000">
            <w:pPr>
              <w:spacing w:after="20"/>
            </w:pPr>
            <w:r>
              <w:rPr>
                <w:sz w:val="14"/>
              </w:rPr>
              <w:t>Nennen Sie die Häufigkeit der Leseaktivitäten: __________________________________</w:t>
            </w:r>
          </w:p>
          <w:p w14:paraId="36457E00" w14:textId="77777777" w:rsidR="000555FB" w:rsidRDefault="00000000">
            <w:pPr>
              <w:spacing w:after="20"/>
            </w:pPr>
            <w:r>
              <w:rPr>
                <w:sz w:val="14"/>
              </w:rPr>
              <w:t>Nennen Sie die Art der Leseaktivitäten: __________________________________</w:t>
            </w:r>
          </w:p>
        </w:tc>
        <w:tc>
          <w:tcPr>
            <w:tcW w:w="2635" w:type="dxa"/>
            <w:tcMar>
              <w:top w:w="70" w:type="dxa"/>
              <w:left w:w="80" w:type="dxa"/>
              <w:bottom w:w="60" w:type="dxa"/>
              <w:right w:w="80" w:type="dxa"/>
            </w:tcMar>
          </w:tcPr>
          <w:p w14:paraId="22FF99B2" w14:textId="77777777" w:rsidR="000555FB" w:rsidRDefault="00000000">
            <w:pPr>
              <w:spacing w:after="20"/>
            </w:pPr>
            <w:r>
              <w:rPr>
                <w:sz w:val="14"/>
              </w:rPr>
              <w:t>Die Leseaktivitäten der externen Kooperationspartner finden mindestens einmal pro Schuljahr schulintern oder schulextern statt.</w:t>
            </w:r>
          </w:p>
          <w:p w14:paraId="42B81762" w14:textId="77777777" w:rsidR="000555FB" w:rsidRDefault="00000000">
            <w:pPr>
              <w:spacing w:after="20"/>
            </w:pPr>
            <w:r>
              <w:rPr>
                <w:sz w:val="14"/>
                <w:u w:val="single"/>
              </w:rPr>
              <w:t>Kriterium:</w:t>
            </w:r>
          </w:p>
          <w:p w14:paraId="2B65DCA6" w14:textId="77777777" w:rsidR="000555FB" w:rsidRDefault="00000000">
            <w:pPr>
              <w:spacing w:after="20"/>
            </w:pPr>
            <w:r>
              <w:rPr>
                <w:sz w:val="14"/>
              </w:rPr>
              <w:t>☐ erfüllt</w:t>
            </w:r>
          </w:p>
          <w:p w14:paraId="7DCEA22B" w14:textId="77777777" w:rsidR="000555FB" w:rsidRDefault="00000000">
            <w:pPr>
              <w:spacing w:after="20"/>
            </w:pPr>
            <w:r>
              <w:rPr>
                <w:sz w:val="14"/>
              </w:rPr>
              <w:t>☐ nicht erfüllt</w:t>
            </w:r>
          </w:p>
          <w:p w14:paraId="7B3051F7" w14:textId="77777777" w:rsidR="000555FB" w:rsidRDefault="00000000">
            <w:pPr>
              <w:spacing w:after="20"/>
            </w:pPr>
            <w:r>
              <w:rPr>
                <w:sz w:val="14"/>
              </w:rPr>
              <w:t>Nennen Sie die Leseaktivität, die an Ihrer Schule im Zuge einer Kooperation durchgeführt wurde: __________________________________</w:t>
            </w:r>
          </w:p>
          <w:p w14:paraId="07C564CC" w14:textId="77777777" w:rsidR="000555FB" w:rsidRDefault="00000000">
            <w:pPr>
              <w:spacing w:after="20"/>
            </w:pPr>
            <w:r>
              <w:rPr>
                <w:sz w:val="14"/>
              </w:rPr>
              <w:t>Diese Leseaktivität findet in der folgenden Form statt:</w:t>
            </w:r>
            <w:r>
              <w:rPr>
                <w:sz w:val="14"/>
              </w:rPr>
              <w:br/>
              <w:t>☐ klassenweise</w:t>
            </w:r>
            <w:r>
              <w:rPr>
                <w:sz w:val="14"/>
              </w:rPr>
              <w:br/>
              <w:t>☐ in der gesamten Schule.</w:t>
            </w:r>
          </w:p>
        </w:tc>
        <w:tc>
          <w:tcPr>
            <w:tcW w:w="2635" w:type="dxa"/>
            <w:tcMar>
              <w:top w:w="70" w:type="dxa"/>
              <w:left w:w="80" w:type="dxa"/>
              <w:bottom w:w="60" w:type="dxa"/>
              <w:right w:w="80" w:type="dxa"/>
            </w:tcMar>
          </w:tcPr>
          <w:p w14:paraId="3AB8A786" w14:textId="77777777" w:rsidR="000555FB" w:rsidRDefault="00000000">
            <w:pPr>
              <w:spacing w:after="20"/>
            </w:pPr>
            <w:r>
              <w:rPr>
                <w:sz w:val="14"/>
              </w:rPr>
              <w:t>Die Leseaktivitäten der Kooperation(en) kommen jeder Schülerin/jedem Schüler im Laufe des Schulbesuchs zugute.</w:t>
            </w:r>
          </w:p>
          <w:p w14:paraId="58FF891C" w14:textId="77777777" w:rsidR="000555FB" w:rsidRDefault="00000000">
            <w:pPr>
              <w:spacing w:after="20"/>
            </w:pPr>
            <w:r>
              <w:rPr>
                <w:sz w:val="14"/>
                <w:u w:val="single"/>
              </w:rPr>
              <w:t>Kriterium:</w:t>
            </w:r>
          </w:p>
          <w:p w14:paraId="5E3BD14F" w14:textId="77777777" w:rsidR="000555FB" w:rsidRDefault="00000000">
            <w:pPr>
              <w:spacing w:after="20"/>
            </w:pPr>
            <w:r>
              <w:rPr>
                <w:sz w:val="14"/>
              </w:rPr>
              <w:t>☐ erfüllt</w:t>
            </w:r>
          </w:p>
          <w:p w14:paraId="37D9B13F" w14:textId="77777777" w:rsidR="000555FB" w:rsidRDefault="00000000">
            <w:pPr>
              <w:spacing w:after="20"/>
            </w:pPr>
            <w:r>
              <w:rPr>
                <w:sz w:val="14"/>
              </w:rPr>
              <w:t>☐ nicht erfüllt</w:t>
            </w:r>
          </w:p>
        </w:tc>
      </w:tr>
      <w:tr w:rsidR="000555FB" w14:paraId="67FDE801" w14:textId="77777777">
        <w:trPr>
          <w:trHeight w:val="3168"/>
          <w:jc w:val="center"/>
        </w:trPr>
        <w:tc>
          <w:tcPr>
            <w:tcW w:w="2232" w:type="dxa"/>
            <w:tcMar>
              <w:top w:w="70" w:type="dxa"/>
              <w:left w:w="80" w:type="dxa"/>
              <w:bottom w:w="60" w:type="dxa"/>
              <w:right w:w="80" w:type="dxa"/>
            </w:tcMar>
            <w:vAlign w:val="center"/>
          </w:tcPr>
          <w:p w14:paraId="5F4CE978" w14:textId="77777777" w:rsidR="000555FB" w:rsidRDefault="00000000">
            <w:pPr>
              <w:spacing w:after="20"/>
              <w:jc w:val="center"/>
            </w:pPr>
            <w:r>
              <w:rPr>
                <w:b/>
                <w:color w:val="222222"/>
                <w:sz w:val="16"/>
              </w:rPr>
              <w:t>Visualisierung des</w:t>
            </w:r>
            <w:r>
              <w:rPr>
                <w:b/>
                <w:color w:val="222222"/>
                <w:sz w:val="16"/>
              </w:rPr>
              <w:br/>
              <w:t>Themas Lesen im</w:t>
            </w:r>
            <w:r>
              <w:rPr>
                <w:b/>
                <w:color w:val="222222"/>
                <w:sz w:val="16"/>
              </w:rPr>
              <w:br/>
              <w:t>Schulgebäude</w:t>
            </w:r>
          </w:p>
        </w:tc>
        <w:tc>
          <w:tcPr>
            <w:tcW w:w="2635" w:type="dxa"/>
            <w:tcMar>
              <w:top w:w="70" w:type="dxa"/>
              <w:left w:w="80" w:type="dxa"/>
              <w:bottom w:w="60" w:type="dxa"/>
              <w:right w:w="80" w:type="dxa"/>
            </w:tcMar>
          </w:tcPr>
          <w:p w14:paraId="24A584A0" w14:textId="77777777" w:rsidR="000555FB" w:rsidRDefault="00000000">
            <w:pPr>
              <w:spacing w:after="20"/>
            </w:pPr>
            <w:r>
              <w:rPr>
                <w:sz w:val="14"/>
              </w:rPr>
              <w:t>Man erkennt bereits im Eingangsbereich des Schulgebäudes den besonderen Stellenwert des Lesens anhand von Plakaten, Informationen zum Lesen oder anderen Visualisierungen.</w:t>
            </w:r>
          </w:p>
          <w:p w14:paraId="7CDDB468" w14:textId="77777777" w:rsidR="000555FB" w:rsidRDefault="00000000">
            <w:pPr>
              <w:spacing w:after="20"/>
            </w:pPr>
            <w:r>
              <w:rPr>
                <w:sz w:val="14"/>
                <w:u w:val="single"/>
              </w:rPr>
              <w:t>Kriterium:</w:t>
            </w:r>
          </w:p>
          <w:p w14:paraId="605EE228" w14:textId="77777777" w:rsidR="000555FB" w:rsidRDefault="00000000">
            <w:pPr>
              <w:spacing w:after="20"/>
            </w:pPr>
            <w:r>
              <w:rPr>
                <w:sz w:val="14"/>
              </w:rPr>
              <w:t>☐ erfüllt</w:t>
            </w:r>
          </w:p>
          <w:p w14:paraId="3316F36C" w14:textId="77777777" w:rsidR="000555FB" w:rsidRDefault="00000000">
            <w:pPr>
              <w:spacing w:after="20"/>
            </w:pPr>
            <w:r>
              <w:rPr>
                <w:sz w:val="14"/>
              </w:rPr>
              <w:t>☐ nicht erfüllt</w:t>
            </w:r>
          </w:p>
          <w:p w14:paraId="12853660" w14:textId="77777777" w:rsidR="000555FB" w:rsidRDefault="00000000">
            <w:pPr>
              <w:spacing w:after="20"/>
            </w:pPr>
            <w:r>
              <w:rPr>
                <w:b/>
                <w:color w:val="E6A500"/>
                <w:sz w:val="14"/>
              </w:rPr>
              <w:t>Upload B: Foto, das den Stellenwert des Lesens zeigt.</w:t>
            </w:r>
          </w:p>
          <w:p w14:paraId="1B83C6EF" w14:textId="77777777" w:rsidR="000555FB" w:rsidRDefault="00000000">
            <w:pPr>
              <w:spacing w:after="20"/>
            </w:pPr>
            <w:r>
              <w:rPr>
                <w:i/>
                <w:color w:val="F58213"/>
                <w:sz w:val="13"/>
              </w:rPr>
              <w:t>Bitte mit dem ausgefüllten Formular unter Upload B hochladen.</w:t>
            </w:r>
          </w:p>
        </w:tc>
        <w:tc>
          <w:tcPr>
            <w:tcW w:w="2635" w:type="dxa"/>
            <w:tcMar>
              <w:top w:w="70" w:type="dxa"/>
              <w:left w:w="80" w:type="dxa"/>
              <w:bottom w:w="60" w:type="dxa"/>
              <w:right w:w="80" w:type="dxa"/>
            </w:tcMar>
          </w:tcPr>
          <w:p w14:paraId="2973924C" w14:textId="77777777" w:rsidR="000555FB" w:rsidRDefault="00000000">
            <w:pPr>
              <w:spacing w:after="20"/>
            </w:pPr>
            <w:r>
              <w:rPr>
                <w:sz w:val="14"/>
              </w:rPr>
              <w:t>Jede Pädagogin/Jeder Pädagoge präsentiert in motivierender und kindgerechter Form analoge und digitale Angebote zum Lesen.</w:t>
            </w:r>
          </w:p>
          <w:p w14:paraId="51C02E6C" w14:textId="77777777" w:rsidR="000555FB" w:rsidRDefault="00000000">
            <w:pPr>
              <w:spacing w:after="20"/>
            </w:pPr>
            <w:r>
              <w:rPr>
                <w:sz w:val="14"/>
                <w:u w:val="single"/>
              </w:rPr>
              <w:t>Alle Kriterien:</w:t>
            </w:r>
          </w:p>
          <w:p w14:paraId="54C1C3A5" w14:textId="77777777" w:rsidR="000555FB" w:rsidRDefault="00000000">
            <w:pPr>
              <w:spacing w:after="20"/>
            </w:pPr>
            <w:r>
              <w:rPr>
                <w:sz w:val="14"/>
              </w:rPr>
              <w:t>☐ erfüllt</w:t>
            </w:r>
          </w:p>
          <w:p w14:paraId="287B65B0" w14:textId="77777777" w:rsidR="000555FB" w:rsidRDefault="00000000">
            <w:pPr>
              <w:spacing w:after="20"/>
            </w:pPr>
            <w:r>
              <w:rPr>
                <w:sz w:val="14"/>
              </w:rPr>
              <w:t>☐ nicht erfüllt</w:t>
            </w:r>
          </w:p>
          <w:p w14:paraId="20F8D520" w14:textId="77777777" w:rsidR="000555FB" w:rsidRDefault="00000000">
            <w:pPr>
              <w:spacing w:after="20"/>
            </w:pPr>
            <w:r>
              <w:rPr>
                <w:sz w:val="14"/>
              </w:rPr>
              <w:t>a) Analoges Lesen: __________________________________</w:t>
            </w:r>
          </w:p>
          <w:p w14:paraId="0514EB58" w14:textId="77777777" w:rsidR="000555FB" w:rsidRDefault="00000000">
            <w:pPr>
              <w:spacing w:after="20"/>
            </w:pPr>
            <w:r>
              <w:rPr>
                <w:sz w:val="14"/>
              </w:rPr>
              <w:t>b) Digitales Lesen: __________________________________</w:t>
            </w:r>
          </w:p>
        </w:tc>
        <w:tc>
          <w:tcPr>
            <w:tcW w:w="2635" w:type="dxa"/>
            <w:tcMar>
              <w:top w:w="70" w:type="dxa"/>
              <w:left w:w="80" w:type="dxa"/>
              <w:bottom w:w="60" w:type="dxa"/>
              <w:right w:w="80" w:type="dxa"/>
            </w:tcMar>
          </w:tcPr>
          <w:p w14:paraId="0E9543B9" w14:textId="77777777" w:rsidR="000555FB" w:rsidRDefault="00000000">
            <w:pPr>
              <w:spacing w:after="20"/>
            </w:pPr>
            <w:r>
              <w:rPr>
                <w:sz w:val="14"/>
              </w:rPr>
              <w:t>In jeder Klasse gibt es eigens eingerichtete Plätze, die regelmäßig aktives Lesen ermöglichen und zum Lesen motivieren, sowie pädagogisch wertvolle Lesespiele.</w:t>
            </w:r>
          </w:p>
          <w:p w14:paraId="0F53BEE4" w14:textId="77777777" w:rsidR="000555FB" w:rsidRDefault="00000000">
            <w:pPr>
              <w:spacing w:after="20"/>
            </w:pPr>
            <w:r>
              <w:rPr>
                <w:sz w:val="14"/>
                <w:u w:val="single"/>
              </w:rPr>
              <w:t>Alle Kriterien:</w:t>
            </w:r>
          </w:p>
          <w:p w14:paraId="1ACEEA87" w14:textId="77777777" w:rsidR="000555FB" w:rsidRDefault="00000000">
            <w:pPr>
              <w:spacing w:after="20"/>
            </w:pPr>
            <w:r>
              <w:rPr>
                <w:sz w:val="14"/>
              </w:rPr>
              <w:t>☐ erfüllt</w:t>
            </w:r>
          </w:p>
          <w:p w14:paraId="0F07EB47" w14:textId="77777777" w:rsidR="000555FB" w:rsidRDefault="00000000">
            <w:pPr>
              <w:spacing w:after="20"/>
            </w:pPr>
            <w:r>
              <w:rPr>
                <w:sz w:val="14"/>
              </w:rPr>
              <w:t>☐ nicht erfüllt</w:t>
            </w:r>
          </w:p>
          <w:p w14:paraId="3DD9B90B" w14:textId="77777777" w:rsidR="000555FB" w:rsidRDefault="00000000">
            <w:pPr>
              <w:spacing w:after="20"/>
            </w:pPr>
            <w:r>
              <w:rPr>
                <w:b/>
                <w:color w:val="E6A500"/>
                <w:sz w:val="14"/>
              </w:rPr>
              <w:t>Upload C: Foto attraktives Leseumfeld</w:t>
            </w:r>
          </w:p>
          <w:p w14:paraId="649CA1F4" w14:textId="77777777" w:rsidR="000555FB" w:rsidRDefault="00000000">
            <w:pPr>
              <w:spacing w:after="20"/>
            </w:pPr>
            <w:r>
              <w:rPr>
                <w:i/>
                <w:color w:val="F58213"/>
                <w:sz w:val="13"/>
              </w:rPr>
              <w:t>Bitte mit dem ausgefüllten Formular unter Upload C hochladen.</w:t>
            </w:r>
          </w:p>
        </w:tc>
      </w:tr>
      <w:tr w:rsidR="000555FB" w14:paraId="60720A6C" w14:textId="77777777">
        <w:trPr>
          <w:trHeight w:val="403"/>
          <w:jc w:val="center"/>
        </w:trPr>
        <w:tc>
          <w:tcPr>
            <w:tcW w:w="2700" w:type="dxa"/>
          </w:tcPr>
          <w:p w14:paraId="12BA4A74" w14:textId="77777777" w:rsidR="000555FB" w:rsidRDefault="00000000">
            <w:pPr>
              <w:spacing w:after="20"/>
              <w:jc w:val="center"/>
            </w:pPr>
            <w:r>
              <w:rPr>
                <w:color w:val="222222"/>
                <w:sz w:val="15"/>
              </w:rPr>
              <w:t>Punkte</w:t>
            </w:r>
          </w:p>
        </w:tc>
        <w:tc>
          <w:tcPr>
            <w:tcW w:w="8100" w:type="dxa"/>
            <w:gridSpan w:val="3"/>
          </w:tcPr>
          <w:p w14:paraId="0FC700B0" w14:textId="77777777" w:rsidR="000555FB" w:rsidRDefault="00000000">
            <w:pPr>
              <w:spacing w:after="20"/>
            </w:pPr>
            <w:r>
              <w:rPr>
                <w:sz w:val="14"/>
              </w:rPr>
              <w:t>Jedes Kriterium wird mit 0 (= nicht erfüllt) oder 1 (= erfüllt) Punkt bewertet.</w:t>
            </w:r>
          </w:p>
        </w:tc>
      </w:tr>
      <w:tr w:rsidR="000555FB" w14:paraId="442AD457" w14:textId="77777777">
        <w:trPr>
          <w:trHeight w:val="403"/>
          <w:jc w:val="center"/>
        </w:trPr>
        <w:tc>
          <w:tcPr>
            <w:tcW w:w="2700" w:type="dxa"/>
          </w:tcPr>
          <w:p w14:paraId="1206AAB4" w14:textId="77777777" w:rsidR="000555FB" w:rsidRDefault="00000000">
            <w:pPr>
              <w:spacing w:after="20"/>
              <w:jc w:val="center"/>
            </w:pPr>
            <w:r>
              <w:rPr>
                <w:b/>
                <w:color w:val="222222"/>
                <w:sz w:val="15"/>
              </w:rPr>
              <w:t>Gesamtpunkte</w:t>
            </w:r>
          </w:p>
        </w:tc>
        <w:tc>
          <w:tcPr>
            <w:tcW w:w="8100" w:type="dxa"/>
            <w:gridSpan w:val="3"/>
          </w:tcPr>
          <w:p w14:paraId="24CF6A39" w14:textId="77777777" w:rsidR="000555FB" w:rsidRDefault="00000000">
            <w:pPr>
              <w:spacing w:after="20"/>
            </w:pPr>
            <w:r>
              <w:rPr>
                <w:sz w:val="15"/>
              </w:rPr>
              <w:t>________ / 9</w:t>
            </w:r>
          </w:p>
        </w:tc>
      </w:tr>
    </w:tbl>
    <w:p w14:paraId="3A20D9F5" w14:textId="77777777" w:rsidR="000555FB" w:rsidRDefault="00000000">
      <w:r>
        <w:br w:type="page"/>
      </w:r>
    </w:p>
    <w:p w14:paraId="1956695E" w14:textId="77777777" w:rsidR="000555FB" w:rsidRDefault="00000000">
      <w:pPr>
        <w:spacing w:after="160"/>
      </w:pPr>
      <w:r>
        <w:rPr>
          <w:b/>
          <w:color w:val="222222"/>
          <w:sz w:val="34"/>
        </w:rPr>
        <w:t>GEMEINSAM LESEKULTUR ETABLIEREN</w:t>
      </w:r>
    </w:p>
    <w:tbl>
      <w:tblPr>
        <w:tblStyle w:val="Tabellenraster"/>
        <w:tblW w:w="0" w:type="auto"/>
        <w:jc w:val="center"/>
        <w:tblLayout w:type="fixed"/>
        <w:tblLook w:val="04A0" w:firstRow="1" w:lastRow="0" w:firstColumn="1" w:lastColumn="0" w:noHBand="0" w:noVBand="1"/>
      </w:tblPr>
      <w:tblGrid>
        <w:gridCol w:w="2700"/>
        <w:gridCol w:w="2635"/>
        <w:gridCol w:w="2635"/>
        <w:gridCol w:w="2830"/>
      </w:tblGrid>
      <w:tr w:rsidR="000555FB" w14:paraId="20BC0673" w14:textId="77777777">
        <w:trPr>
          <w:tblHeader/>
          <w:jc w:val="center"/>
        </w:trPr>
        <w:tc>
          <w:tcPr>
            <w:tcW w:w="2232" w:type="dxa"/>
            <w:shd w:val="clear" w:color="auto" w:fill="FFFFFF"/>
            <w:tcMar>
              <w:top w:w="40" w:type="dxa"/>
              <w:left w:w="60" w:type="dxa"/>
              <w:bottom w:w="40" w:type="dxa"/>
              <w:right w:w="60" w:type="dxa"/>
            </w:tcMar>
            <w:vAlign w:val="center"/>
          </w:tcPr>
          <w:p w14:paraId="2314FB10" w14:textId="77777777" w:rsidR="000555FB" w:rsidRDefault="00000000">
            <w:pPr>
              <w:spacing w:after="20"/>
              <w:jc w:val="center"/>
            </w:pPr>
            <w:r>
              <w:rPr>
                <w:b/>
                <w:color w:val="222222"/>
                <w:sz w:val="17"/>
              </w:rPr>
              <w:t>Kriterium</w:t>
            </w:r>
          </w:p>
        </w:tc>
        <w:tc>
          <w:tcPr>
            <w:tcW w:w="2635" w:type="dxa"/>
            <w:shd w:val="clear" w:color="auto" w:fill="ED1C24"/>
            <w:tcMar>
              <w:top w:w="40" w:type="dxa"/>
              <w:left w:w="60" w:type="dxa"/>
              <w:bottom w:w="40" w:type="dxa"/>
              <w:right w:w="60" w:type="dxa"/>
            </w:tcMar>
            <w:vAlign w:val="center"/>
          </w:tcPr>
          <w:p w14:paraId="76F06C53" w14:textId="77777777" w:rsidR="000555FB" w:rsidRDefault="00000000">
            <w:pPr>
              <w:spacing w:after="20"/>
              <w:jc w:val="center"/>
            </w:pPr>
            <w:r>
              <w:rPr>
                <w:b/>
                <w:color w:val="FFFFFF"/>
                <w:sz w:val="17"/>
              </w:rPr>
              <w:t>A</w:t>
            </w:r>
          </w:p>
        </w:tc>
        <w:tc>
          <w:tcPr>
            <w:tcW w:w="2635" w:type="dxa"/>
            <w:shd w:val="clear" w:color="auto" w:fill="F58213"/>
            <w:tcMar>
              <w:top w:w="40" w:type="dxa"/>
              <w:left w:w="60" w:type="dxa"/>
              <w:bottom w:w="40" w:type="dxa"/>
              <w:right w:w="60" w:type="dxa"/>
            </w:tcMar>
            <w:vAlign w:val="center"/>
          </w:tcPr>
          <w:p w14:paraId="0078B25A" w14:textId="77777777" w:rsidR="000555FB" w:rsidRDefault="00000000">
            <w:pPr>
              <w:spacing w:after="20"/>
              <w:jc w:val="center"/>
            </w:pPr>
            <w:r>
              <w:rPr>
                <w:b/>
                <w:color w:val="FFFFFF"/>
                <w:sz w:val="17"/>
              </w:rPr>
              <w:t>B</w:t>
            </w:r>
          </w:p>
        </w:tc>
        <w:tc>
          <w:tcPr>
            <w:tcW w:w="2635" w:type="dxa"/>
            <w:shd w:val="clear" w:color="auto" w:fill="FFCC05"/>
            <w:tcMar>
              <w:top w:w="40" w:type="dxa"/>
              <w:left w:w="60" w:type="dxa"/>
              <w:bottom w:w="40" w:type="dxa"/>
              <w:right w:w="60" w:type="dxa"/>
            </w:tcMar>
            <w:vAlign w:val="center"/>
          </w:tcPr>
          <w:p w14:paraId="315EE676" w14:textId="77777777" w:rsidR="000555FB" w:rsidRDefault="00000000">
            <w:pPr>
              <w:spacing w:after="20"/>
              <w:jc w:val="center"/>
            </w:pPr>
            <w:r>
              <w:rPr>
                <w:b/>
                <w:color w:val="FFFFFF"/>
                <w:sz w:val="17"/>
              </w:rPr>
              <w:t>C</w:t>
            </w:r>
          </w:p>
        </w:tc>
      </w:tr>
      <w:tr w:rsidR="000555FB" w14:paraId="43566A13" w14:textId="77777777">
        <w:trPr>
          <w:trHeight w:val="2808"/>
          <w:jc w:val="center"/>
        </w:trPr>
        <w:tc>
          <w:tcPr>
            <w:tcW w:w="2232" w:type="dxa"/>
            <w:tcMar>
              <w:top w:w="70" w:type="dxa"/>
              <w:left w:w="80" w:type="dxa"/>
              <w:bottom w:w="60" w:type="dxa"/>
              <w:right w:w="80" w:type="dxa"/>
            </w:tcMar>
            <w:vAlign w:val="center"/>
          </w:tcPr>
          <w:p w14:paraId="685036FD" w14:textId="77777777" w:rsidR="000555FB" w:rsidRDefault="00000000">
            <w:pPr>
              <w:spacing w:after="20"/>
              <w:jc w:val="center"/>
            </w:pPr>
            <w:r>
              <w:rPr>
                <w:b/>
                <w:color w:val="222222"/>
                <w:sz w:val="16"/>
              </w:rPr>
              <w:t>Bekenntnis zur</w:t>
            </w:r>
            <w:r>
              <w:rPr>
                <w:b/>
                <w:color w:val="222222"/>
                <w:sz w:val="16"/>
              </w:rPr>
              <w:br/>
              <w:t>Lesekultur</w:t>
            </w:r>
          </w:p>
        </w:tc>
        <w:tc>
          <w:tcPr>
            <w:tcW w:w="2635" w:type="dxa"/>
            <w:tcMar>
              <w:top w:w="70" w:type="dxa"/>
              <w:left w:w="80" w:type="dxa"/>
              <w:bottom w:w="60" w:type="dxa"/>
              <w:right w:w="80" w:type="dxa"/>
            </w:tcMar>
          </w:tcPr>
          <w:p w14:paraId="685A7BDC" w14:textId="77777777" w:rsidR="000555FB" w:rsidRDefault="00000000">
            <w:pPr>
              <w:spacing w:after="20"/>
            </w:pPr>
            <w:r>
              <w:rPr>
                <w:sz w:val="14"/>
              </w:rPr>
              <w:t>An der Schule gibt es mit Konferenzbeschluss die Zusicherung, dass dem Lesen in jeder Klasse intern und klassenübergreifend großer Stellenwert eingeräumt wird.</w:t>
            </w:r>
          </w:p>
          <w:p w14:paraId="724E9750" w14:textId="77777777" w:rsidR="000555FB" w:rsidRDefault="00000000">
            <w:pPr>
              <w:spacing w:after="20"/>
            </w:pPr>
            <w:r>
              <w:rPr>
                <w:sz w:val="14"/>
                <w:u w:val="single"/>
              </w:rPr>
              <w:t>Kriterium:</w:t>
            </w:r>
          </w:p>
          <w:p w14:paraId="4C0FC396" w14:textId="77777777" w:rsidR="000555FB" w:rsidRDefault="00000000">
            <w:pPr>
              <w:spacing w:after="20"/>
            </w:pPr>
            <w:r>
              <w:rPr>
                <w:sz w:val="14"/>
              </w:rPr>
              <w:t>☐ erfüllt</w:t>
            </w:r>
          </w:p>
          <w:p w14:paraId="13CF1E26"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0BC44451" w14:textId="77777777" w:rsidR="000555FB" w:rsidRDefault="00000000">
            <w:pPr>
              <w:spacing w:after="20"/>
            </w:pPr>
            <w:r>
              <w:rPr>
                <w:sz w:val="14"/>
              </w:rPr>
              <w:t>Besonderer Wert wird auf geschlechtergerechte Auswahl der Literatur beim Ankauf gelegt und jedem Kind stehen mehrere Bücher aus unterschiedlichen Genres zur Auswahl.</w:t>
            </w:r>
          </w:p>
          <w:p w14:paraId="037D86DC" w14:textId="77777777" w:rsidR="000555FB" w:rsidRDefault="00000000">
            <w:pPr>
              <w:spacing w:after="20"/>
            </w:pPr>
            <w:r>
              <w:rPr>
                <w:sz w:val="14"/>
                <w:u w:val="single"/>
              </w:rPr>
              <w:t>Alle Kriterien:</w:t>
            </w:r>
          </w:p>
          <w:p w14:paraId="01AB5894" w14:textId="77777777" w:rsidR="000555FB" w:rsidRDefault="00000000">
            <w:pPr>
              <w:spacing w:after="20"/>
            </w:pPr>
            <w:r>
              <w:rPr>
                <w:sz w:val="14"/>
              </w:rPr>
              <w:t>☐ erfüllt</w:t>
            </w:r>
          </w:p>
          <w:p w14:paraId="2571D127" w14:textId="77777777" w:rsidR="000555FB" w:rsidRDefault="00000000">
            <w:pPr>
              <w:spacing w:after="20"/>
            </w:pPr>
            <w:r>
              <w:rPr>
                <w:sz w:val="14"/>
              </w:rPr>
              <w:t>☐ nicht erfüllt</w:t>
            </w:r>
          </w:p>
          <w:p w14:paraId="1A717F2B" w14:textId="77777777" w:rsidR="000555FB" w:rsidRDefault="00000000">
            <w:pPr>
              <w:spacing w:after="20"/>
            </w:pPr>
            <w:r>
              <w:rPr>
                <w:b/>
                <w:color w:val="E6A500"/>
                <w:sz w:val="14"/>
              </w:rPr>
              <w:t>Upload D: exemplarischer Leseförderplan</w:t>
            </w:r>
          </w:p>
          <w:p w14:paraId="0F284F5E" w14:textId="77777777" w:rsidR="000555FB" w:rsidRDefault="00000000">
            <w:pPr>
              <w:spacing w:after="20"/>
            </w:pPr>
            <w:r>
              <w:rPr>
                <w:i/>
                <w:color w:val="F58213"/>
                <w:sz w:val="13"/>
              </w:rPr>
              <w:t>Bitte mit dem ausgefüllten Formular unter Upload D hochladen.</w:t>
            </w:r>
          </w:p>
        </w:tc>
        <w:tc>
          <w:tcPr>
            <w:tcW w:w="2635" w:type="dxa"/>
            <w:tcMar>
              <w:top w:w="70" w:type="dxa"/>
              <w:left w:w="80" w:type="dxa"/>
              <w:bottom w:w="60" w:type="dxa"/>
              <w:right w:w="80" w:type="dxa"/>
            </w:tcMar>
          </w:tcPr>
          <w:p w14:paraId="18798C36" w14:textId="77777777" w:rsidR="000555FB" w:rsidRDefault="00000000">
            <w:pPr>
              <w:spacing w:after="20"/>
            </w:pPr>
            <w:r>
              <w:rPr>
                <w:sz w:val="14"/>
              </w:rPr>
              <w:t>Am Schulstandort gibt es eine/einen Lesebeauftragte/n, die/der allen im Kollegium und der regionalen Lesekoordinatorin in dieser Funktion bekannt ist und die/der Leseförderung am Schulstandort proaktiv unterstützt.</w:t>
            </w:r>
          </w:p>
          <w:p w14:paraId="0A04BCE7" w14:textId="77777777" w:rsidR="000555FB" w:rsidRDefault="00000000">
            <w:pPr>
              <w:spacing w:after="20"/>
            </w:pPr>
            <w:r>
              <w:rPr>
                <w:sz w:val="14"/>
                <w:u w:val="single"/>
              </w:rPr>
              <w:t>Alle Kriterien:</w:t>
            </w:r>
          </w:p>
          <w:p w14:paraId="72CF8FC1" w14:textId="77777777" w:rsidR="000555FB" w:rsidRDefault="00000000">
            <w:pPr>
              <w:spacing w:after="20"/>
            </w:pPr>
            <w:r>
              <w:rPr>
                <w:sz w:val="14"/>
              </w:rPr>
              <w:t>☐ erfüllt</w:t>
            </w:r>
          </w:p>
          <w:p w14:paraId="1FCAD4E7" w14:textId="77777777" w:rsidR="000555FB" w:rsidRDefault="00000000">
            <w:pPr>
              <w:spacing w:after="20"/>
            </w:pPr>
            <w:r>
              <w:rPr>
                <w:sz w:val="14"/>
              </w:rPr>
              <w:t>☐ nicht erfüllt</w:t>
            </w:r>
          </w:p>
        </w:tc>
      </w:tr>
      <w:tr w:rsidR="000555FB" w14:paraId="23335B2A" w14:textId="77777777">
        <w:trPr>
          <w:trHeight w:val="3024"/>
          <w:jc w:val="center"/>
        </w:trPr>
        <w:tc>
          <w:tcPr>
            <w:tcW w:w="2232" w:type="dxa"/>
            <w:tcMar>
              <w:top w:w="70" w:type="dxa"/>
              <w:left w:w="80" w:type="dxa"/>
              <w:bottom w:w="60" w:type="dxa"/>
              <w:right w:w="80" w:type="dxa"/>
            </w:tcMar>
            <w:vAlign w:val="center"/>
          </w:tcPr>
          <w:p w14:paraId="653031AB" w14:textId="77777777" w:rsidR="000555FB" w:rsidRDefault="00000000">
            <w:pPr>
              <w:spacing w:after="20"/>
              <w:jc w:val="center"/>
            </w:pPr>
            <w:r>
              <w:rPr>
                <w:b/>
                <w:color w:val="222222"/>
                <w:sz w:val="16"/>
              </w:rPr>
              <w:t>Fortbildungsangebot</w:t>
            </w:r>
          </w:p>
        </w:tc>
        <w:tc>
          <w:tcPr>
            <w:tcW w:w="2635" w:type="dxa"/>
            <w:tcMar>
              <w:top w:w="70" w:type="dxa"/>
              <w:left w:w="80" w:type="dxa"/>
              <w:bottom w:w="60" w:type="dxa"/>
              <w:right w:w="80" w:type="dxa"/>
            </w:tcMar>
          </w:tcPr>
          <w:p w14:paraId="04EE5400" w14:textId="77777777" w:rsidR="000555FB" w:rsidRDefault="00000000">
            <w:pPr>
              <w:spacing w:after="20"/>
            </w:pPr>
            <w:r>
              <w:rPr>
                <w:sz w:val="14"/>
              </w:rPr>
              <w:t>Das Fortbildungsangebot der PPHB zum Themenschwerpunkt Lesen wird von der/dem Lesebeauftragten der Schule genutzt.</w:t>
            </w:r>
          </w:p>
          <w:p w14:paraId="46194689" w14:textId="77777777" w:rsidR="000555FB" w:rsidRDefault="00000000">
            <w:pPr>
              <w:spacing w:after="20"/>
            </w:pPr>
            <w:r>
              <w:rPr>
                <w:sz w:val="14"/>
                <w:u w:val="single"/>
              </w:rPr>
              <w:t>Kriterium:</w:t>
            </w:r>
          </w:p>
          <w:p w14:paraId="52B3DAFF" w14:textId="77777777" w:rsidR="000555FB" w:rsidRDefault="00000000">
            <w:pPr>
              <w:spacing w:after="20"/>
            </w:pPr>
            <w:r>
              <w:rPr>
                <w:sz w:val="14"/>
              </w:rPr>
              <w:t>☐ erfüllt</w:t>
            </w:r>
          </w:p>
          <w:p w14:paraId="58E551AF"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707B99BD" w14:textId="77777777" w:rsidR="000555FB" w:rsidRDefault="00000000">
            <w:pPr>
              <w:spacing w:after="20"/>
            </w:pPr>
            <w:r>
              <w:rPr>
                <w:sz w:val="14"/>
              </w:rPr>
              <w:t>Bei pädagogischen Konferenzen werden die Inhalte von besuchten Fortbildungen zum Thema Lesen im Überblick präsentiert, um einen Wissenstransfer zu ermöglichen.</w:t>
            </w:r>
          </w:p>
          <w:p w14:paraId="50C5C878" w14:textId="77777777" w:rsidR="000555FB" w:rsidRDefault="00000000">
            <w:pPr>
              <w:spacing w:after="20"/>
            </w:pPr>
            <w:r>
              <w:rPr>
                <w:sz w:val="14"/>
                <w:u w:val="single"/>
              </w:rPr>
              <w:t>Kriterium:</w:t>
            </w:r>
          </w:p>
          <w:p w14:paraId="4EA87125" w14:textId="77777777" w:rsidR="000555FB" w:rsidRDefault="00000000">
            <w:pPr>
              <w:spacing w:after="20"/>
            </w:pPr>
            <w:r>
              <w:rPr>
                <w:sz w:val="14"/>
              </w:rPr>
              <w:t>☐ erfüllt</w:t>
            </w:r>
          </w:p>
          <w:p w14:paraId="2F097235" w14:textId="77777777" w:rsidR="000555FB" w:rsidRDefault="00000000">
            <w:pPr>
              <w:spacing w:after="20"/>
            </w:pPr>
            <w:r>
              <w:rPr>
                <w:sz w:val="14"/>
              </w:rPr>
              <w:t>☐ nicht erfüllt</w:t>
            </w:r>
          </w:p>
          <w:p w14:paraId="186F25F6" w14:textId="77777777" w:rsidR="000555FB" w:rsidRDefault="00000000">
            <w:pPr>
              <w:spacing w:after="20"/>
            </w:pPr>
            <w:r>
              <w:rPr>
                <w:sz w:val="14"/>
              </w:rPr>
              <w:t>Welche lesespezifischen Themen wurden bei Konferenzen weitergegeben? __________________________________</w:t>
            </w:r>
          </w:p>
        </w:tc>
        <w:tc>
          <w:tcPr>
            <w:tcW w:w="2635" w:type="dxa"/>
            <w:tcMar>
              <w:top w:w="70" w:type="dxa"/>
              <w:left w:w="80" w:type="dxa"/>
              <w:bottom w:w="60" w:type="dxa"/>
              <w:right w:w="80" w:type="dxa"/>
            </w:tcMar>
          </w:tcPr>
          <w:p w14:paraId="7B100583" w14:textId="77777777" w:rsidR="000555FB" w:rsidRDefault="00000000">
            <w:pPr>
              <w:spacing w:after="20"/>
            </w:pPr>
            <w:r>
              <w:rPr>
                <w:sz w:val="14"/>
              </w:rPr>
              <w:t>Am Ende des Schuljahres werden die aus Lesefortbildungsangeboten umgesetzten Inhalte und Methoden im Kollegium evaluiert und pädagogische Maßnahmen gesetzt.</w:t>
            </w:r>
          </w:p>
          <w:p w14:paraId="30B066CE" w14:textId="77777777" w:rsidR="000555FB" w:rsidRDefault="00000000">
            <w:pPr>
              <w:spacing w:after="20"/>
            </w:pPr>
            <w:r>
              <w:rPr>
                <w:sz w:val="14"/>
                <w:u w:val="single"/>
              </w:rPr>
              <w:t>Alle Kriterien:</w:t>
            </w:r>
          </w:p>
          <w:p w14:paraId="7A64BC2F" w14:textId="77777777" w:rsidR="000555FB" w:rsidRDefault="00000000">
            <w:pPr>
              <w:spacing w:after="20"/>
            </w:pPr>
            <w:r>
              <w:rPr>
                <w:sz w:val="14"/>
              </w:rPr>
              <w:t>☐ erfüllt</w:t>
            </w:r>
          </w:p>
          <w:p w14:paraId="05943EA1" w14:textId="77777777" w:rsidR="000555FB" w:rsidRDefault="00000000">
            <w:pPr>
              <w:spacing w:after="20"/>
            </w:pPr>
            <w:r>
              <w:rPr>
                <w:sz w:val="14"/>
              </w:rPr>
              <w:t>☐ nicht erfüllt</w:t>
            </w:r>
          </w:p>
        </w:tc>
      </w:tr>
      <w:tr w:rsidR="000555FB" w14:paraId="4A098EF2" w14:textId="77777777">
        <w:trPr>
          <w:trHeight w:val="3240"/>
          <w:jc w:val="center"/>
        </w:trPr>
        <w:tc>
          <w:tcPr>
            <w:tcW w:w="2232" w:type="dxa"/>
            <w:tcMar>
              <w:top w:w="70" w:type="dxa"/>
              <w:left w:w="80" w:type="dxa"/>
              <w:bottom w:w="60" w:type="dxa"/>
              <w:right w:w="80" w:type="dxa"/>
            </w:tcMar>
            <w:vAlign w:val="center"/>
          </w:tcPr>
          <w:p w14:paraId="043D2856" w14:textId="77777777" w:rsidR="000555FB" w:rsidRDefault="00000000">
            <w:pPr>
              <w:spacing w:after="20"/>
              <w:jc w:val="center"/>
            </w:pPr>
            <w:r>
              <w:rPr>
                <w:b/>
                <w:color w:val="222222"/>
                <w:sz w:val="16"/>
              </w:rPr>
              <w:t>Elternzusammenarbeit</w:t>
            </w:r>
          </w:p>
        </w:tc>
        <w:tc>
          <w:tcPr>
            <w:tcW w:w="2635" w:type="dxa"/>
            <w:tcMar>
              <w:top w:w="70" w:type="dxa"/>
              <w:left w:w="80" w:type="dxa"/>
              <w:bottom w:w="60" w:type="dxa"/>
              <w:right w:w="80" w:type="dxa"/>
            </w:tcMar>
          </w:tcPr>
          <w:p w14:paraId="3941290F" w14:textId="77777777" w:rsidR="000555FB" w:rsidRDefault="00000000">
            <w:pPr>
              <w:spacing w:after="20"/>
            </w:pPr>
            <w:r>
              <w:rPr>
                <w:sz w:val="14"/>
              </w:rPr>
              <w:t>Erziehungsberechtigte aller Schülerinnen/Schüler werden für die Vorbildwirkung beim Lesenlernen ihrer Kinder sensibilisiert.</w:t>
            </w:r>
          </w:p>
          <w:p w14:paraId="13D0F8AC" w14:textId="77777777" w:rsidR="000555FB" w:rsidRDefault="00000000">
            <w:pPr>
              <w:spacing w:after="20"/>
            </w:pPr>
            <w:r>
              <w:rPr>
                <w:sz w:val="14"/>
                <w:u w:val="single"/>
              </w:rPr>
              <w:t>Kriterium:</w:t>
            </w:r>
          </w:p>
          <w:p w14:paraId="52E09841" w14:textId="77777777" w:rsidR="000555FB" w:rsidRDefault="00000000">
            <w:pPr>
              <w:spacing w:after="20"/>
            </w:pPr>
            <w:r>
              <w:rPr>
                <w:sz w:val="14"/>
              </w:rPr>
              <w:t>☐ erfüllt</w:t>
            </w:r>
          </w:p>
          <w:p w14:paraId="0D3DD12E" w14:textId="77777777" w:rsidR="000555FB" w:rsidRDefault="00000000">
            <w:pPr>
              <w:spacing w:after="20"/>
            </w:pPr>
            <w:r>
              <w:rPr>
                <w:sz w:val="14"/>
              </w:rPr>
              <w:t>☐ nicht erfüllt</w:t>
            </w:r>
          </w:p>
          <w:p w14:paraId="178E83D7" w14:textId="77777777" w:rsidR="000555FB" w:rsidRDefault="00000000">
            <w:pPr>
              <w:spacing w:after="20"/>
            </w:pPr>
            <w:r>
              <w:rPr>
                <w:sz w:val="14"/>
              </w:rPr>
              <w:t>Tragen Sie ein, bei welchen Kommunikationsmöglichkeiten mit Erziehungsberechtigten dies geschieht (z.B. Klassenforum/Elternabend, Elternbrief der Bildungsdirektion): __________________________________</w:t>
            </w:r>
          </w:p>
        </w:tc>
        <w:tc>
          <w:tcPr>
            <w:tcW w:w="2635" w:type="dxa"/>
            <w:tcMar>
              <w:top w:w="70" w:type="dxa"/>
              <w:left w:w="80" w:type="dxa"/>
              <w:bottom w:w="60" w:type="dxa"/>
              <w:right w:w="80" w:type="dxa"/>
            </w:tcMar>
          </w:tcPr>
          <w:p w14:paraId="51649670" w14:textId="77777777" w:rsidR="000555FB" w:rsidRDefault="00000000">
            <w:pPr>
              <w:spacing w:after="20"/>
            </w:pPr>
            <w:r>
              <w:rPr>
                <w:sz w:val="14"/>
              </w:rPr>
              <w:t>Erziehungsberechtigte aller Schülerinnen/Schüler werden in den Prozess der Leseerziehung aktiv eingebunden z. B. als Lese-Buddy oder im Rahmen von Informationen.</w:t>
            </w:r>
          </w:p>
          <w:p w14:paraId="1AEC1D88" w14:textId="77777777" w:rsidR="000555FB" w:rsidRDefault="00000000">
            <w:pPr>
              <w:spacing w:after="20"/>
            </w:pPr>
            <w:r>
              <w:rPr>
                <w:sz w:val="14"/>
                <w:u w:val="single"/>
              </w:rPr>
              <w:t>Kriterium:</w:t>
            </w:r>
          </w:p>
          <w:p w14:paraId="6F35B1E3" w14:textId="77777777" w:rsidR="000555FB" w:rsidRDefault="00000000">
            <w:pPr>
              <w:spacing w:after="20"/>
            </w:pPr>
            <w:r>
              <w:rPr>
                <w:sz w:val="14"/>
              </w:rPr>
              <w:t>☐ erfüllt</w:t>
            </w:r>
          </w:p>
          <w:p w14:paraId="79F6363D"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758BCE33" w14:textId="77777777" w:rsidR="000555FB" w:rsidRDefault="00000000">
            <w:pPr>
              <w:spacing w:after="20"/>
            </w:pPr>
            <w:r>
              <w:rPr>
                <w:sz w:val="14"/>
              </w:rPr>
              <w:t>Es gibt ein individualisiertes Leseportfolio jeder Schülerin/jedes Schülers mit fortlaufenden Einträgen der Erziehungsberechtigten.</w:t>
            </w:r>
          </w:p>
          <w:p w14:paraId="0F72671A" w14:textId="77777777" w:rsidR="000555FB" w:rsidRDefault="00000000">
            <w:pPr>
              <w:spacing w:after="20"/>
            </w:pPr>
            <w:r>
              <w:rPr>
                <w:sz w:val="14"/>
                <w:u w:val="single"/>
              </w:rPr>
              <w:t>Kriterium:</w:t>
            </w:r>
          </w:p>
          <w:p w14:paraId="32EA0B91" w14:textId="77777777" w:rsidR="000555FB" w:rsidRDefault="00000000">
            <w:pPr>
              <w:spacing w:after="20"/>
            </w:pPr>
            <w:r>
              <w:rPr>
                <w:sz w:val="14"/>
              </w:rPr>
              <w:t>☐ erfüllt</w:t>
            </w:r>
          </w:p>
          <w:p w14:paraId="57CA7937" w14:textId="77777777" w:rsidR="000555FB" w:rsidRDefault="00000000">
            <w:pPr>
              <w:spacing w:after="20"/>
            </w:pPr>
            <w:r>
              <w:rPr>
                <w:sz w:val="14"/>
              </w:rPr>
              <w:t>☐ nicht erfüllt</w:t>
            </w:r>
          </w:p>
          <w:p w14:paraId="0D990E06" w14:textId="77777777" w:rsidR="000555FB" w:rsidRDefault="00000000">
            <w:pPr>
              <w:spacing w:after="20"/>
            </w:pPr>
            <w:r>
              <w:rPr>
                <w:b/>
                <w:color w:val="E6A500"/>
                <w:sz w:val="14"/>
              </w:rPr>
              <w:t>Upload E: Anonymisiertes Beispiel für ein Leseportfolio</w:t>
            </w:r>
          </w:p>
          <w:p w14:paraId="43BBA3E4" w14:textId="77777777" w:rsidR="000555FB" w:rsidRDefault="00000000">
            <w:pPr>
              <w:spacing w:after="20"/>
            </w:pPr>
            <w:r>
              <w:rPr>
                <w:i/>
                <w:color w:val="F58213"/>
                <w:sz w:val="13"/>
              </w:rPr>
              <w:t>Bitte mit dem ausgefüllten Formular unter Upload E hochladen.</w:t>
            </w:r>
          </w:p>
          <w:p w14:paraId="108B4603" w14:textId="77777777" w:rsidR="000555FB" w:rsidRDefault="00000000">
            <w:pPr>
              <w:spacing w:after="20"/>
            </w:pPr>
            <w:r>
              <w:rPr>
                <w:sz w:val="14"/>
              </w:rPr>
              <w:t>Infos zum Leseportfolio</w:t>
            </w:r>
          </w:p>
        </w:tc>
      </w:tr>
      <w:tr w:rsidR="000555FB" w14:paraId="0C95EB61" w14:textId="77777777">
        <w:trPr>
          <w:trHeight w:val="403"/>
          <w:jc w:val="center"/>
        </w:trPr>
        <w:tc>
          <w:tcPr>
            <w:tcW w:w="2700" w:type="dxa"/>
          </w:tcPr>
          <w:p w14:paraId="6BBDBA0B" w14:textId="77777777" w:rsidR="000555FB" w:rsidRDefault="00000000">
            <w:pPr>
              <w:spacing w:after="20"/>
              <w:jc w:val="center"/>
            </w:pPr>
            <w:r>
              <w:rPr>
                <w:color w:val="222222"/>
                <w:sz w:val="15"/>
              </w:rPr>
              <w:t>Punkte</w:t>
            </w:r>
          </w:p>
        </w:tc>
        <w:tc>
          <w:tcPr>
            <w:tcW w:w="8100" w:type="dxa"/>
            <w:gridSpan w:val="3"/>
          </w:tcPr>
          <w:p w14:paraId="689739EB" w14:textId="77777777" w:rsidR="000555FB" w:rsidRDefault="00000000">
            <w:pPr>
              <w:spacing w:after="20"/>
            </w:pPr>
            <w:r>
              <w:rPr>
                <w:sz w:val="14"/>
              </w:rPr>
              <w:t>Jedes Kriterium wird mit 0 (= nicht erfüllt) oder 1 (= erfüllt) Punkt bewertet.</w:t>
            </w:r>
          </w:p>
        </w:tc>
      </w:tr>
      <w:tr w:rsidR="000555FB" w14:paraId="6251AF4D" w14:textId="77777777">
        <w:trPr>
          <w:trHeight w:val="403"/>
          <w:jc w:val="center"/>
        </w:trPr>
        <w:tc>
          <w:tcPr>
            <w:tcW w:w="2700" w:type="dxa"/>
          </w:tcPr>
          <w:p w14:paraId="6E739724" w14:textId="77777777" w:rsidR="000555FB" w:rsidRDefault="00000000">
            <w:pPr>
              <w:spacing w:after="20"/>
              <w:jc w:val="center"/>
            </w:pPr>
            <w:r>
              <w:rPr>
                <w:b/>
                <w:color w:val="222222"/>
                <w:sz w:val="15"/>
              </w:rPr>
              <w:t>Gesamtpunkte</w:t>
            </w:r>
          </w:p>
        </w:tc>
        <w:tc>
          <w:tcPr>
            <w:tcW w:w="8100" w:type="dxa"/>
            <w:gridSpan w:val="3"/>
          </w:tcPr>
          <w:p w14:paraId="637A350A" w14:textId="77777777" w:rsidR="000555FB" w:rsidRDefault="00000000">
            <w:pPr>
              <w:spacing w:after="20"/>
            </w:pPr>
            <w:r>
              <w:rPr>
                <w:sz w:val="15"/>
              </w:rPr>
              <w:t>________ / 9</w:t>
            </w:r>
          </w:p>
        </w:tc>
      </w:tr>
    </w:tbl>
    <w:p w14:paraId="72BF01AC" w14:textId="77777777" w:rsidR="000555FB" w:rsidRDefault="00000000">
      <w:r>
        <w:br w:type="page"/>
      </w:r>
    </w:p>
    <w:p w14:paraId="24B0287C" w14:textId="77777777" w:rsidR="000555FB" w:rsidRDefault="00000000">
      <w:pPr>
        <w:spacing w:after="160"/>
      </w:pPr>
      <w:r>
        <w:rPr>
          <w:b/>
          <w:color w:val="222222"/>
          <w:sz w:val="34"/>
        </w:rPr>
        <w:t>DIAGNOSEBASIERT LESEFÖRDERUNG EINSETZEN</w:t>
      </w:r>
    </w:p>
    <w:tbl>
      <w:tblPr>
        <w:tblStyle w:val="Tabellenraster"/>
        <w:tblW w:w="0" w:type="auto"/>
        <w:jc w:val="center"/>
        <w:tblLayout w:type="fixed"/>
        <w:tblLook w:val="04A0" w:firstRow="1" w:lastRow="0" w:firstColumn="1" w:lastColumn="0" w:noHBand="0" w:noVBand="1"/>
      </w:tblPr>
      <w:tblGrid>
        <w:gridCol w:w="2700"/>
        <w:gridCol w:w="2635"/>
        <w:gridCol w:w="2635"/>
        <w:gridCol w:w="2830"/>
      </w:tblGrid>
      <w:tr w:rsidR="000555FB" w14:paraId="4073D053" w14:textId="77777777">
        <w:trPr>
          <w:tblHeader/>
          <w:jc w:val="center"/>
        </w:trPr>
        <w:tc>
          <w:tcPr>
            <w:tcW w:w="2232" w:type="dxa"/>
            <w:shd w:val="clear" w:color="auto" w:fill="FFFFFF"/>
            <w:tcMar>
              <w:top w:w="40" w:type="dxa"/>
              <w:left w:w="60" w:type="dxa"/>
              <w:bottom w:w="40" w:type="dxa"/>
              <w:right w:w="60" w:type="dxa"/>
            </w:tcMar>
            <w:vAlign w:val="center"/>
          </w:tcPr>
          <w:p w14:paraId="150DE069" w14:textId="77777777" w:rsidR="000555FB" w:rsidRDefault="00000000">
            <w:pPr>
              <w:spacing w:after="20"/>
              <w:jc w:val="center"/>
            </w:pPr>
            <w:r>
              <w:rPr>
                <w:b/>
                <w:color w:val="222222"/>
                <w:sz w:val="17"/>
              </w:rPr>
              <w:t>Kriterium</w:t>
            </w:r>
          </w:p>
        </w:tc>
        <w:tc>
          <w:tcPr>
            <w:tcW w:w="2635" w:type="dxa"/>
            <w:shd w:val="clear" w:color="auto" w:fill="ED1C24"/>
            <w:tcMar>
              <w:top w:w="40" w:type="dxa"/>
              <w:left w:w="60" w:type="dxa"/>
              <w:bottom w:w="40" w:type="dxa"/>
              <w:right w:w="60" w:type="dxa"/>
            </w:tcMar>
            <w:vAlign w:val="center"/>
          </w:tcPr>
          <w:p w14:paraId="5066DAEF" w14:textId="77777777" w:rsidR="000555FB" w:rsidRDefault="00000000">
            <w:pPr>
              <w:spacing w:after="20"/>
              <w:jc w:val="center"/>
            </w:pPr>
            <w:r>
              <w:rPr>
                <w:b/>
                <w:color w:val="FFFFFF"/>
                <w:sz w:val="17"/>
              </w:rPr>
              <w:t>A</w:t>
            </w:r>
          </w:p>
        </w:tc>
        <w:tc>
          <w:tcPr>
            <w:tcW w:w="2635" w:type="dxa"/>
            <w:shd w:val="clear" w:color="auto" w:fill="F58213"/>
            <w:tcMar>
              <w:top w:w="40" w:type="dxa"/>
              <w:left w:w="60" w:type="dxa"/>
              <w:bottom w:w="40" w:type="dxa"/>
              <w:right w:w="60" w:type="dxa"/>
            </w:tcMar>
            <w:vAlign w:val="center"/>
          </w:tcPr>
          <w:p w14:paraId="14E9E4E9" w14:textId="77777777" w:rsidR="000555FB" w:rsidRDefault="00000000">
            <w:pPr>
              <w:spacing w:after="20"/>
              <w:jc w:val="center"/>
            </w:pPr>
            <w:r>
              <w:rPr>
                <w:b/>
                <w:color w:val="FFFFFF"/>
                <w:sz w:val="17"/>
              </w:rPr>
              <w:t>B</w:t>
            </w:r>
          </w:p>
        </w:tc>
        <w:tc>
          <w:tcPr>
            <w:tcW w:w="2635" w:type="dxa"/>
            <w:shd w:val="clear" w:color="auto" w:fill="FFCC05"/>
            <w:tcMar>
              <w:top w:w="40" w:type="dxa"/>
              <w:left w:w="60" w:type="dxa"/>
              <w:bottom w:w="40" w:type="dxa"/>
              <w:right w:w="60" w:type="dxa"/>
            </w:tcMar>
            <w:vAlign w:val="center"/>
          </w:tcPr>
          <w:p w14:paraId="6BFF6934" w14:textId="77777777" w:rsidR="000555FB" w:rsidRDefault="00000000">
            <w:pPr>
              <w:spacing w:after="20"/>
              <w:jc w:val="center"/>
            </w:pPr>
            <w:r>
              <w:rPr>
                <w:b/>
                <w:color w:val="FFFFFF"/>
                <w:sz w:val="17"/>
              </w:rPr>
              <w:t>C</w:t>
            </w:r>
          </w:p>
        </w:tc>
      </w:tr>
      <w:tr w:rsidR="000555FB" w14:paraId="09EB0322" w14:textId="77777777">
        <w:trPr>
          <w:trHeight w:val="2376"/>
          <w:jc w:val="center"/>
        </w:trPr>
        <w:tc>
          <w:tcPr>
            <w:tcW w:w="2232" w:type="dxa"/>
            <w:tcMar>
              <w:top w:w="70" w:type="dxa"/>
              <w:left w:w="80" w:type="dxa"/>
              <w:bottom w:w="60" w:type="dxa"/>
              <w:right w:w="80" w:type="dxa"/>
            </w:tcMar>
            <w:vAlign w:val="center"/>
          </w:tcPr>
          <w:p w14:paraId="360BD14D" w14:textId="77777777" w:rsidR="000555FB" w:rsidRDefault="00000000">
            <w:pPr>
              <w:spacing w:after="20"/>
              <w:jc w:val="center"/>
            </w:pPr>
            <w:r>
              <w:rPr>
                <w:b/>
                <w:color w:val="222222"/>
                <w:sz w:val="16"/>
              </w:rPr>
              <w:t>Individuelles Fördern</w:t>
            </w:r>
            <w:r>
              <w:rPr>
                <w:b/>
                <w:color w:val="222222"/>
                <w:sz w:val="16"/>
              </w:rPr>
              <w:br/>
              <w:t>nach erfolgter Diagnostik</w:t>
            </w:r>
          </w:p>
        </w:tc>
        <w:tc>
          <w:tcPr>
            <w:tcW w:w="2635" w:type="dxa"/>
            <w:tcMar>
              <w:top w:w="70" w:type="dxa"/>
              <w:left w:w="80" w:type="dxa"/>
              <w:bottom w:w="60" w:type="dxa"/>
              <w:right w:w="80" w:type="dxa"/>
            </w:tcMar>
          </w:tcPr>
          <w:p w14:paraId="7E6945F2" w14:textId="77777777" w:rsidR="000555FB" w:rsidRDefault="00000000">
            <w:pPr>
              <w:spacing w:after="20"/>
            </w:pPr>
            <w:r>
              <w:rPr>
                <w:sz w:val="14"/>
              </w:rPr>
              <w:t>Differenzierte Leseförderung erfolgt aufgrund von Aufzeichnungen der Pädagoginnen/Pädagogen oder standardisierter Tools sowie individueller Lesescreenings für jede Schülerin/jeden Schüler.</w:t>
            </w:r>
          </w:p>
          <w:p w14:paraId="27AD3FFD" w14:textId="77777777" w:rsidR="000555FB" w:rsidRDefault="00000000">
            <w:pPr>
              <w:spacing w:after="20"/>
            </w:pPr>
            <w:r>
              <w:rPr>
                <w:sz w:val="14"/>
                <w:u w:val="single"/>
              </w:rPr>
              <w:t>Alle Kriterien:</w:t>
            </w:r>
          </w:p>
          <w:p w14:paraId="3C7C961E" w14:textId="77777777" w:rsidR="000555FB" w:rsidRDefault="00000000">
            <w:pPr>
              <w:spacing w:after="20"/>
            </w:pPr>
            <w:r>
              <w:rPr>
                <w:sz w:val="14"/>
              </w:rPr>
              <w:t>☐ erfüllt</w:t>
            </w:r>
          </w:p>
          <w:p w14:paraId="1297C223"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62FF65E5" w14:textId="77777777" w:rsidR="000555FB" w:rsidRDefault="00000000">
            <w:pPr>
              <w:spacing w:after="20"/>
            </w:pPr>
            <w:r>
              <w:rPr>
                <w:sz w:val="14"/>
              </w:rPr>
              <w:t>Individualisierte Leseförderung erfolgt in jeder Klasse auf Basis durchgeführter Diagnostik mittels analoger und digitaler Förderprogramme.</w:t>
            </w:r>
          </w:p>
          <w:p w14:paraId="7AF4F055" w14:textId="77777777" w:rsidR="000555FB" w:rsidRDefault="00000000">
            <w:pPr>
              <w:spacing w:after="20"/>
            </w:pPr>
            <w:r>
              <w:rPr>
                <w:sz w:val="14"/>
                <w:u w:val="single"/>
              </w:rPr>
              <w:t>Alle Kriterien:</w:t>
            </w:r>
          </w:p>
          <w:p w14:paraId="21B4ED88" w14:textId="77777777" w:rsidR="000555FB" w:rsidRDefault="00000000">
            <w:pPr>
              <w:spacing w:after="20"/>
            </w:pPr>
            <w:r>
              <w:rPr>
                <w:sz w:val="14"/>
              </w:rPr>
              <w:t>☐ erfüllt</w:t>
            </w:r>
          </w:p>
          <w:p w14:paraId="35094F9A"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413F8E94" w14:textId="77777777" w:rsidR="000555FB" w:rsidRDefault="00000000">
            <w:pPr>
              <w:spacing w:after="20"/>
            </w:pPr>
            <w:r>
              <w:rPr>
                <w:sz w:val="14"/>
              </w:rPr>
              <w:t>Diagnose-Tools zur Bestimmung der zielgerichteten Leseförderung werden für Leserisikokinder mehrmals jährlich eingesetzt, um eine positive Entwicklung der Schülerin/des Schülers in der Leseförderung zu unterstützen.</w:t>
            </w:r>
          </w:p>
          <w:p w14:paraId="3E4D901E" w14:textId="77777777" w:rsidR="000555FB" w:rsidRDefault="00000000">
            <w:pPr>
              <w:spacing w:after="20"/>
            </w:pPr>
            <w:r>
              <w:rPr>
                <w:sz w:val="14"/>
                <w:u w:val="single"/>
              </w:rPr>
              <w:t>Kriterium:</w:t>
            </w:r>
          </w:p>
          <w:p w14:paraId="409EAC42" w14:textId="77777777" w:rsidR="000555FB" w:rsidRDefault="00000000">
            <w:pPr>
              <w:spacing w:after="20"/>
            </w:pPr>
            <w:r>
              <w:rPr>
                <w:sz w:val="14"/>
              </w:rPr>
              <w:t>☐ erfüllt</w:t>
            </w:r>
          </w:p>
          <w:p w14:paraId="22434641" w14:textId="77777777" w:rsidR="000555FB" w:rsidRDefault="00000000">
            <w:pPr>
              <w:spacing w:after="20"/>
            </w:pPr>
            <w:r>
              <w:rPr>
                <w:sz w:val="14"/>
              </w:rPr>
              <w:t>☐ nicht erfüllt</w:t>
            </w:r>
          </w:p>
        </w:tc>
      </w:tr>
      <w:tr w:rsidR="000555FB" w14:paraId="24FB274D" w14:textId="77777777">
        <w:trPr>
          <w:trHeight w:val="2880"/>
          <w:jc w:val="center"/>
        </w:trPr>
        <w:tc>
          <w:tcPr>
            <w:tcW w:w="2232" w:type="dxa"/>
            <w:tcMar>
              <w:top w:w="70" w:type="dxa"/>
              <w:left w:w="80" w:type="dxa"/>
              <w:bottom w:w="60" w:type="dxa"/>
              <w:right w:w="80" w:type="dxa"/>
            </w:tcMar>
            <w:vAlign w:val="center"/>
          </w:tcPr>
          <w:p w14:paraId="17E3E8D3" w14:textId="77777777" w:rsidR="000555FB" w:rsidRDefault="00000000">
            <w:pPr>
              <w:spacing w:after="20"/>
              <w:jc w:val="center"/>
            </w:pPr>
            <w:r>
              <w:rPr>
                <w:b/>
                <w:color w:val="222222"/>
                <w:sz w:val="16"/>
              </w:rPr>
              <w:t>Lesen in Schule und</w:t>
            </w:r>
            <w:r>
              <w:rPr>
                <w:b/>
                <w:color w:val="222222"/>
                <w:sz w:val="16"/>
              </w:rPr>
              <w:br/>
              <w:t>Elternhaus</w:t>
            </w:r>
          </w:p>
        </w:tc>
        <w:tc>
          <w:tcPr>
            <w:tcW w:w="2635" w:type="dxa"/>
            <w:tcMar>
              <w:top w:w="70" w:type="dxa"/>
              <w:left w:w="80" w:type="dxa"/>
              <w:bottom w:w="60" w:type="dxa"/>
              <w:right w:w="80" w:type="dxa"/>
            </w:tcMar>
          </w:tcPr>
          <w:p w14:paraId="1D67A658" w14:textId="77777777" w:rsidR="000555FB" w:rsidRDefault="00000000">
            <w:pPr>
              <w:spacing w:after="20"/>
            </w:pPr>
            <w:r>
              <w:rPr>
                <w:sz w:val="14"/>
              </w:rPr>
              <w:t>Leseförderung erfolgt auch durch eine tägliche Lesehausübung in allen Klassen.</w:t>
            </w:r>
          </w:p>
          <w:p w14:paraId="2C654095" w14:textId="77777777" w:rsidR="000555FB" w:rsidRDefault="00000000">
            <w:pPr>
              <w:spacing w:after="20"/>
            </w:pPr>
            <w:r>
              <w:rPr>
                <w:sz w:val="14"/>
                <w:u w:val="single"/>
              </w:rPr>
              <w:t>Kriterium:</w:t>
            </w:r>
          </w:p>
          <w:p w14:paraId="436B59F6" w14:textId="77777777" w:rsidR="000555FB" w:rsidRDefault="00000000">
            <w:pPr>
              <w:spacing w:after="20"/>
            </w:pPr>
            <w:r>
              <w:rPr>
                <w:sz w:val="14"/>
              </w:rPr>
              <w:t>☐ erfüllt</w:t>
            </w:r>
          </w:p>
          <w:p w14:paraId="0867174D" w14:textId="77777777" w:rsidR="000555FB" w:rsidRDefault="00000000">
            <w:pPr>
              <w:spacing w:after="20"/>
            </w:pPr>
            <w:r>
              <w:rPr>
                <w:sz w:val="14"/>
              </w:rPr>
              <w:t>☐ nicht erfüllt</w:t>
            </w:r>
          </w:p>
          <w:p w14:paraId="75F58BC8" w14:textId="77777777" w:rsidR="000555FB" w:rsidRDefault="00000000">
            <w:pPr>
              <w:spacing w:after="20"/>
            </w:pPr>
            <w:r>
              <w:rPr>
                <w:sz w:val="14"/>
              </w:rPr>
              <w:t>Nennen Sie zwei Lesematerialien, die häufig zum Einsatz kommen:</w:t>
            </w:r>
            <w:r>
              <w:rPr>
                <w:sz w:val="14"/>
              </w:rPr>
              <w:br/>
              <w:t>1.</w:t>
            </w:r>
            <w:r>
              <w:rPr>
                <w:sz w:val="14"/>
              </w:rPr>
              <w:br/>
              <w:t>2. __________________________________</w:t>
            </w:r>
          </w:p>
        </w:tc>
        <w:tc>
          <w:tcPr>
            <w:tcW w:w="2635" w:type="dxa"/>
            <w:tcMar>
              <w:top w:w="70" w:type="dxa"/>
              <w:left w:w="80" w:type="dxa"/>
              <w:bottom w:w="60" w:type="dxa"/>
              <w:right w:w="80" w:type="dxa"/>
            </w:tcMar>
          </w:tcPr>
          <w:p w14:paraId="68007B4E" w14:textId="77777777" w:rsidR="000555FB" w:rsidRDefault="00000000">
            <w:pPr>
              <w:spacing w:after="20"/>
            </w:pPr>
            <w:r>
              <w:rPr>
                <w:sz w:val="14"/>
              </w:rPr>
              <w:t>Die Erziehungsberechtigten werden über die an der Schule durchgeführten Leseaktivitäten und das Abhalten von individuellen Lesezeiten in der Schule informiert.</w:t>
            </w:r>
          </w:p>
          <w:p w14:paraId="75873EB7" w14:textId="77777777" w:rsidR="000555FB" w:rsidRDefault="00000000">
            <w:pPr>
              <w:spacing w:after="20"/>
            </w:pPr>
            <w:r>
              <w:rPr>
                <w:sz w:val="14"/>
                <w:u w:val="single"/>
              </w:rPr>
              <w:t>Alle Kriterien:</w:t>
            </w:r>
          </w:p>
          <w:p w14:paraId="607DFB73" w14:textId="77777777" w:rsidR="000555FB" w:rsidRDefault="00000000">
            <w:pPr>
              <w:spacing w:after="20"/>
            </w:pPr>
            <w:r>
              <w:rPr>
                <w:sz w:val="14"/>
              </w:rPr>
              <w:t>☐ erfüllt</w:t>
            </w:r>
          </w:p>
          <w:p w14:paraId="5C24461D"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76A2B07B" w14:textId="77777777" w:rsidR="000555FB" w:rsidRDefault="00000000">
            <w:pPr>
              <w:spacing w:after="20"/>
            </w:pPr>
            <w:r>
              <w:rPr>
                <w:sz w:val="14"/>
              </w:rPr>
              <w:t>Im Rahmen des KEL Gespräches gibt es Informationen über Lesediagnostik, Leseförderung und Lesefortschritt der einzelnen Schülerin/des einzelnen Schülers zwischen Elternhaus und Schule.</w:t>
            </w:r>
          </w:p>
          <w:p w14:paraId="5A5958BE" w14:textId="77777777" w:rsidR="000555FB" w:rsidRDefault="00000000">
            <w:pPr>
              <w:spacing w:after="20"/>
            </w:pPr>
            <w:r>
              <w:rPr>
                <w:sz w:val="14"/>
                <w:u w:val="single"/>
              </w:rPr>
              <w:t>Kriterium:</w:t>
            </w:r>
          </w:p>
          <w:p w14:paraId="30AE46D1" w14:textId="77777777" w:rsidR="000555FB" w:rsidRDefault="00000000">
            <w:pPr>
              <w:spacing w:after="20"/>
            </w:pPr>
            <w:r>
              <w:rPr>
                <w:sz w:val="14"/>
              </w:rPr>
              <w:t>☐ erfüllt</w:t>
            </w:r>
          </w:p>
          <w:p w14:paraId="28DF98F1" w14:textId="77777777" w:rsidR="000555FB" w:rsidRDefault="00000000">
            <w:pPr>
              <w:spacing w:after="20"/>
            </w:pPr>
            <w:r>
              <w:rPr>
                <w:sz w:val="14"/>
              </w:rPr>
              <w:t>☐ nicht erfüllt</w:t>
            </w:r>
          </w:p>
        </w:tc>
      </w:tr>
      <w:tr w:rsidR="000555FB" w14:paraId="206BC341" w14:textId="77777777">
        <w:trPr>
          <w:trHeight w:val="3888"/>
          <w:jc w:val="center"/>
        </w:trPr>
        <w:tc>
          <w:tcPr>
            <w:tcW w:w="2232" w:type="dxa"/>
            <w:tcMar>
              <w:top w:w="70" w:type="dxa"/>
              <w:left w:w="80" w:type="dxa"/>
              <w:bottom w:w="60" w:type="dxa"/>
              <w:right w:w="80" w:type="dxa"/>
            </w:tcMar>
            <w:vAlign w:val="center"/>
          </w:tcPr>
          <w:p w14:paraId="521F6EF7" w14:textId="77777777" w:rsidR="000555FB" w:rsidRDefault="00000000">
            <w:pPr>
              <w:spacing w:after="20"/>
              <w:jc w:val="center"/>
            </w:pPr>
            <w:r>
              <w:rPr>
                <w:b/>
                <w:color w:val="222222"/>
                <w:sz w:val="16"/>
              </w:rPr>
              <w:t>Leseförderprogramme</w:t>
            </w:r>
          </w:p>
        </w:tc>
        <w:tc>
          <w:tcPr>
            <w:tcW w:w="2635" w:type="dxa"/>
            <w:tcMar>
              <w:top w:w="70" w:type="dxa"/>
              <w:left w:w="80" w:type="dxa"/>
              <w:bottom w:w="60" w:type="dxa"/>
              <w:right w:w="80" w:type="dxa"/>
            </w:tcMar>
          </w:tcPr>
          <w:p w14:paraId="1AF0EA33" w14:textId="77777777" w:rsidR="000555FB" w:rsidRDefault="00000000">
            <w:pPr>
              <w:spacing w:after="20"/>
            </w:pPr>
            <w:r>
              <w:rPr>
                <w:sz w:val="14"/>
              </w:rPr>
              <w:t>Leseförderung findet in allen Klassen im Rahmen des fächerübergreifenden Unterrichts integrativ oder in einer im Stundenplan ausgewiesenen Förderstunde statt.</w:t>
            </w:r>
          </w:p>
          <w:p w14:paraId="275572A8" w14:textId="77777777" w:rsidR="000555FB" w:rsidRDefault="00000000">
            <w:pPr>
              <w:spacing w:after="20"/>
            </w:pPr>
            <w:r>
              <w:rPr>
                <w:sz w:val="14"/>
                <w:u w:val="single"/>
              </w:rPr>
              <w:t>Kriterium:</w:t>
            </w:r>
          </w:p>
          <w:p w14:paraId="141C5F7D" w14:textId="77777777" w:rsidR="000555FB" w:rsidRDefault="00000000">
            <w:pPr>
              <w:spacing w:after="20"/>
            </w:pPr>
            <w:r>
              <w:rPr>
                <w:sz w:val="14"/>
              </w:rPr>
              <w:t>☐ erfüllt</w:t>
            </w:r>
          </w:p>
          <w:p w14:paraId="1F880AB1"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410ED855" w14:textId="77777777" w:rsidR="000555FB" w:rsidRDefault="00000000">
            <w:pPr>
              <w:spacing w:after="20"/>
            </w:pPr>
            <w:r>
              <w:rPr>
                <w:sz w:val="14"/>
              </w:rPr>
              <w:t>Vorlesen als besondere Lesefördermaßnahme findet regelmäßig in allen Klassen statt.</w:t>
            </w:r>
          </w:p>
          <w:p w14:paraId="718DF8E9" w14:textId="77777777" w:rsidR="000555FB" w:rsidRDefault="00000000">
            <w:pPr>
              <w:spacing w:after="20"/>
            </w:pPr>
            <w:r>
              <w:rPr>
                <w:sz w:val="14"/>
                <w:u w:val="single"/>
              </w:rPr>
              <w:t>Kriterium:</w:t>
            </w:r>
          </w:p>
          <w:p w14:paraId="6E930026" w14:textId="77777777" w:rsidR="000555FB" w:rsidRDefault="00000000">
            <w:pPr>
              <w:spacing w:after="20"/>
            </w:pPr>
            <w:r>
              <w:rPr>
                <w:sz w:val="14"/>
              </w:rPr>
              <w:t>☐ erfüllt</w:t>
            </w:r>
          </w:p>
          <w:p w14:paraId="1879953D" w14:textId="77777777" w:rsidR="000555FB" w:rsidRDefault="00000000">
            <w:pPr>
              <w:spacing w:after="20"/>
            </w:pPr>
            <w:r>
              <w:rPr>
                <w:sz w:val="14"/>
              </w:rPr>
              <w:t>☐ nicht erfüllt</w:t>
            </w:r>
          </w:p>
        </w:tc>
        <w:tc>
          <w:tcPr>
            <w:tcW w:w="2635" w:type="dxa"/>
            <w:tcMar>
              <w:top w:w="70" w:type="dxa"/>
              <w:left w:w="80" w:type="dxa"/>
              <w:bottom w:w="60" w:type="dxa"/>
              <w:right w:w="80" w:type="dxa"/>
            </w:tcMar>
          </w:tcPr>
          <w:p w14:paraId="0B5EFA23" w14:textId="77777777" w:rsidR="000555FB" w:rsidRDefault="00000000">
            <w:pPr>
              <w:spacing w:after="20"/>
            </w:pPr>
            <w:r>
              <w:rPr>
                <w:sz w:val="14"/>
              </w:rPr>
              <w:t>Nennen Sie mindestens zwei Diagnose-Tools, die an der Schule eingesetzt werden: __________________________________</w:t>
            </w:r>
          </w:p>
          <w:p w14:paraId="55AED44D" w14:textId="77777777" w:rsidR="000555FB" w:rsidRDefault="00000000">
            <w:pPr>
              <w:spacing w:after="20"/>
            </w:pPr>
            <w:r>
              <w:rPr>
                <w:sz w:val="14"/>
              </w:rPr>
              <w:t>Nennen Sie mindestens zwei Förderprogramme, die an der Schule eingesetzt werden: __________________________________</w:t>
            </w:r>
          </w:p>
          <w:p w14:paraId="2F1361AB" w14:textId="77777777" w:rsidR="000555FB" w:rsidRDefault="00000000">
            <w:pPr>
              <w:spacing w:after="20"/>
            </w:pPr>
            <w:r>
              <w:rPr>
                <w:sz w:val="14"/>
              </w:rPr>
              <w:t>Laut-Lese-Programme zur Steigerung der Leseflüssigkeit: Tandem Lesen/Sportler-Trainer Leseprogramme, Silent-Reading-Programme und Vielleser Programme zur Steigerung der Automatisierung des Leseprozesses und der Motivation werden in allen Klassen angewendet.</w:t>
            </w:r>
          </w:p>
          <w:p w14:paraId="1596B2D8" w14:textId="77777777" w:rsidR="000555FB" w:rsidRDefault="00000000">
            <w:pPr>
              <w:spacing w:after="20"/>
            </w:pPr>
            <w:r>
              <w:rPr>
                <w:sz w:val="14"/>
                <w:u w:val="single"/>
              </w:rPr>
              <w:t>Alle Kriterien:</w:t>
            </w:r>
          </w:p>
          <w:p w14:paraId="5157B427" w14:textId="77777777" w:rsidR="000555FB" w:rsidRDefault="00000000">
            <w:pPr>
              <w:spacing w:after="20"/>
            </w:pPr>
            <w:r>
              <w:rPr>
                <w:sz w:val="14"/>
              </w:rPr>
              <w:t>☐ erfüllt</w:t>
            </w:r>
          </w:p>
          <w:p w14:paraId="2CA7120A" w14:textId="77777777" w:rsidR="000555FB" w:rsidRDefault="00000000">
            <w:pPr>
              <w:spacing w:after="20"/>
            </w:pPr>
            <w:r>
              <w:rPr>
                <w:sz w:val="14"/>
              </w:rPr>
              <w:t>☐ nicht erfüllt</w:t>
            </w:r>
          </w:p>
        </w:tc>
      </w:tr>
      <w:tr w:rsidR="000555FB" w14:paraId="608B7DC6" w14:textId="77777777">
        <w:trPr>
          <w:trHeight w:val="403"/>
          <w:jc w:val="center"/>
        </w:trPr>
        <w:tc>
          <w:tcPr>
            <w:tcW w:w="2700" w:type="dxa"/>
          </w:tcPr>
          <w:p w14:paraId="612E623D" w14:textId="77777777" w:rsidR="000555FB" w:rsidRDefault="00000000">
            <w:pPr>
              <w:spacing w:after="20"/>
              <w:jc w:val="center"/>
            </w:pPr>
            <w:r>
              <w:rPr>
                <w:color w:val="222222"/>
                <w:sz w:val="15"/>
              </w:rPr>
              <w:t>Punkte</w:t>
            </w:r>
          </w:p>
        </w:tc>
        <w:tc>
          <w:tcPr>
            <w:tcW w:w="8100" w:type="dxa"/>
            <w:gridSpan w:val="3"/>
          </w:tcPr>
          <w:p w14:paraId="4B7B9EE4" w14:textId="77777777" w:rsidR="000555FB" w:rsidRDefault="00000000">
            <w:pPr>
              <w:spacing w:after="20"/>
            </w:pPr>
            <w:r>
              <w:rPr>
                <w:sz w:val="14"/>
              </w:rPr>
              <w:t>Jedes Kriterium wird mit 0 (= nicht erfüllt) oder 1 (= erfüllt) Punkt bewertet.</w:t>
            </w:r>
          </w:p>
        </w:tc>
      </w:tr>
      <w:tr w:rsidR="000555FB" w14:paraId="5C30CCA5" w14:textId="77777777">
        <w:trPr>
          <w:trHeight w:val="403"/>
          <w:jc w:val="center"/>
        </w:trPr>
        <w:tc>
          <w:tcPr>
            <w:tcW w:w="2700" w:type="dxa"/>
          </w:tcPr>
          <w:p w14:paraId="6264F2D0" w14:textId="77777777" w:rsidR="000555FB" w:rsidRDefault="00000000">
            <w:pPr>
              <w:spacing w:after="20"/>
              <w:jc w:val="center"/>
            </w:pPr>
            <w:r>
              <w:rPr>
                <w:b/>
                <w:color w:val="222222"/>
                <w:sz w:val="15"/>
              </w:rPr>
              <w:t>Gesamtpunkte</w:t>
            </w:r>
          </w:p>
        </w:tc>
        <w:tc>
          <w:tcPr>
            <w:tcW w:w="8100" w:type="dxa"/>
            <w:gridSpan w:val="3"/>
          </w:tcPr>
          <w:p w14:paraId="55C40641" w14:textId="77777777" w:rsidR="000555FB" w:rsidRDefault="00000000">
            <w:pPr>
              <w:spacing w:after="20"/>
            </w:pPr>
            <w:r>
              <w:rPr>
                <w:sz w:val="15"/>
              </w:rPr>
              <w:t>________ / 9</w:t>
            </w:r>
          </w:p>
        </w:tc>
      </w:tr>
    </w:tbl>
    <w:p w14:paraId="5727B865" w14:textId="77777777" w:rsidR="000555FB" w:rsidRDefault="00000000">
      <w:r>
        <w:br w:type="page"/>
      </w:r>
    </w:p>
    <w:p w14:paraId="29D9EE75" w14:textId="77777777" w:rsidR="000555FB" w:rsidRDefault="00000000">
      <w:pPr>
        <w:spacing w:after="160"/>
      </w:pPr>
      <w:r>
        <w:rPr>
          <w:b/>
          <w:color w:val="222222"/>
          <w:sz w:val="38"/>
        </w:rPr>
        <w:t>GESAMTPUNKTE</w:t>
      </w:r>
    </w:p>
    <w:tbl>
      <w:tblPr>
        <w:tblStyle w:val="Tabellenraster"/>
        <w:tblW w:w="0" w:type="auto"/>
        <w:jc w:val="center"/>
        <w:tblLayout w:type="fixed"/>
        <w:tblLook w:val="04A0" w:firstRow="1" w:lastRow="0" w:firstColumn="1" w:lastColumn="0" w:noHBand="0" w:noVBand="1"/>
      </w:tblPr>
      <w:tblGrid>
        <w:gridCol w:w="2304"/>
        <w:gridCol w:w="2736"/>
        <w:gridCol w:w="2736"/>
        <w:gridCol w:w="2736"/>
      </w:tblGrid>
      <w:tr w:rsidR="000555FB" w14:paraId="56B5086A" w14:textId="77777777">
        <w:trPr>
          <w:jc w:val="center"/>
        </w:trPr>
        <w:tc>
          <w:tcPr>
            <w:tcW w:w="2304" w:type="dxa"/>
            <w:tcMar>
              <w:top w:w="80" w:type="dxa"/>
              <w:left w:w="80" w:type="dxa"/>
              <w:bottom w:w="80" w:type="dxa"/>
              <w:right w:w="80" w:type="dxa"/>
            </w:tcMar>
            <w:vAlign w:val="center"/>
          </w:tcPr>
          <w:p w14:paraId="289DCA55" w14:textId="77777777" w:rsidR="000555FB" w:rsidRDefault="000555FB">
            <w:pPr>
              <w:spacing w:after="20"/>
            </w:pPr>
          </w:p>
        </w:tc>
        <w:tc>
          <w:tcPr>
            <w:tcW w:w="8208" w:type="dxa"/>
            <w:gridSpan w:val="3"/>
            <w:tcMar>
              <w:top w:w="80" w:type="dxa"/>
              <w:left w:w="80" w:type="dxa"/>
              <w:bottom w:w="80" w:type="dxa"/>
              <w:right w:w="80" w:type="dxa"/>
            </w:tcMar>
            <w:vAlign w:val="center"/>
          </w:tcPr>
          <w:p w14:paraId="4867F1D3" w14:textId="77777777" w:rsidR="000555FB" w:rsidRDefault="00000000">
            <w:pPr>
              <w:jc w:val="center"/>
            </w:pPr>
            <w:r>
              <w:rPr>
                <w:noProof/>
              </w:rPr>
              <w:drawing>
                <wp:inline distT="0" distB="0" distL="0" distR="0" wp14:anchorId="15A97319" wp14:editId="20B1366A">
                  <wp:extent cx="4754880" cy="1917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s.png"/>
                          <pic:cNvPicPr/>
                        </pic:nvPicPr>
                        <pic:blipFill>
                          <a:blip r:embed="rId9"/>
                          <a:stretch>
                            <a:fillRect/>
                          </a:stretch>
                        </pic:blipFill>
                        <pic:spPr>
                          <a:xfrm>
                            <a:off x="0" y="0"/>
                            <a:ext cx="4754880" cy="1917935"/>
                          </a:xfrm>
                          <a:prstGeom prst="rect">
                            <a:avLst/>
                          </a:prstGeom>
                        </pic:spPr>
                      </pic:pic>
                    </a:graphicData>
                  </a:graphic>
                </wp:inline>
              </w:drawing>
            </w:r>
          </w:p>
        </w:tc>
      </w:tr>
      <w:tr w:rsidR="000555FB" w14:paraId="5432C401" w14:textId="77777777">
        <w:trPr>
          <w:jc w:val="center"/>
        </w:trPr>
        <w:tc>
          <w:tcPr>
            <w:tcW w:w="2304" w:type="dxa"/>
            <w:tcMar>
              <w:top w:w="80" w:type="dxa"/>
              <w:left w:w="80" w:type="dxa"/>
              <w:bottom w:w="80" w:type="dxa"/>
              <w:right w:w="80" w:type="dxa"/>
            </w:tcMar>
            <w:vAlign w:val="center"/>
          </w:tcPr>
          <w:p w14:paraId="7A109F66" w14:textId="77777777" w:rsidR="000555FB" w:rsidRDefault="000555FB">
            <w:pPr>
              <w:spacing w:after="20"/>
            </w:pPr>
          </w:p>
        </w:tc>
        <w:tc>
          <w:tcPr>
            <w:tcW w:w="2736" w:type="dxa"/>
            <w:tcMar>
              <w:top w:w="80" w:type="dxa"/>
              <w:left w:w="80" w:type="dxa"/>
              <w:bottom w:w="80" w:type="dxa"/>
              <w:right w:w="80" w:type="dxa"/>
            </w:tcMar>
            <w:vAlign w:val="center"/>
          </w:tcPr>
          <w:p w14:paraId="6AC00489" w14:textId="77777777" w:rsidR="000555FB" w:rsidRDefault="00000000">
            <w:pPr>
              <w:spacing w:after="20"/>
              <w:jc w:val="center"/>
            </w:pPr>
            <w:r>
              <w:rPr>
                <w:color w:val="222222"/>
                <w:sz w:val="20"/>
              </w:rPr>
              <w:t>18 – 24</w:t>
            </w:r>
          </w:p>
        </w:tc>
        <w:tc>
          <w:tcPr>
            <w:tcW w:w="2736" w:type="dxa"/>
            <w:tcMar>
              <w:top w:w="80" w:type="dxa"/>
              <w:left w:w="80" w:type="dxa"/>
              <w:bottom w:w="80" w:type="dxa"/>
              <w:right w:w="80" w:type="dxa"/>
            </w:tcMar>
            <w:vAlign w:val="center"/>
          </w:tcPr>
          <w:p w14:paraId="637AFEF8" w14:textId="77777777" w:rsidR="000555FB" w:rsidRDefault="00000000">
            <w:pPr>
              <w:spacing w:after="20"/>
              <w:jc w:val="center"/>
            </w:pPr>
            <w:r>
              <w:rPr>
                <w:color w:val="222222"/>
                <w:sz w:val="20"/>
              </w:rPr>
              <w:t>25 – 31</w:t>
            </w:r>
          </w:p>
        </w:tc>
        <w:tc>
          <w:tcPr>
            <w:tcW w:w="2736" w:type="dxa"/>
            <w:tcMar>
              <w:top w:w="80" w:type="dxa"/>
              <w:left w:w="80" w:type="dxa"/>
              <w:bottom w:w="80" w:type="dxa"/>
              <w:right w:w="80" w:type="dxa"/>
            </w:tcMar>
            <w:vAlign w:val="center"/>
          </w:tcPr>
          <w:p w14:paraId="00944BF6" w14:textId="77777777" w:rsidR="000555FB" w:rsidRDefault="00000000">
            <w:pPr>
              <w:spacing w:after="20"/>
              <w:jc w:val="center"/>
            </w:pPr>
            <w:r>
              <w:rPr>
                <w:color w:val="222222"/>
                <w:sz w:val="20"/>
              </w:rPr>
              <w:t>32 – 36</w:t>
            </w:r>
          </w:p>
        </w:tc>
      </w:tr>
      <w:tr w:rsidR="000555FB" w14:paraId="0757A3C8" w14:textId="77777777">
        <w:trPr>
          <w:jc w:val="center"/>
        </w:trPr>
        <w:tc>
          <w:tcPr>
            <w:tcW w:w="2304" w:type="dxa"/>
            <w:tcMar>
              <w:top w:w="80" w:type="dxa"/>
              <w:left w:w="80" w:type="dxa"/>
              <w:bottom w:w="80" w:type="dxa"/>
              <w:right w:w="80" w:type="dxa"/>
            </w:tcMar>
            <w:vAlign w:val="center"/>
          </w:tcPr>
          <w:p w14:paraId="3A963793" w14:textId="77777777" w:rsidR="000555FB" w:rsidRDefault="00000000">
            <w:pPr>
              <w:spacing w:after="20"/>
              <w:jc w:val="center"/>
            </w:pPr>
            <w:r>
              <w:rPr>
                <w:color w:val="222222"/>
                <w:sz w:val="17"/>
              </w:rPr>
              <w:t>Gütesiegel</w:t>
            </w:r>
            <w:r>
              <w:rPr>
                <w:color w:val="222222"/>
                <w:sz w:val="17"/>
              </w:rPr>
              <w:br/>
              <w:t>Gesamtpunkte</w:t>
            </w:r>
          </w:p>
        </w:tc>
        <w:tc>
          <w:tcPr>
            <w:tcW w:w="2736" w:type="dxa"/>
            <w:tcMar>
              <w:top w:w="80" w:type="dxa"/>
              <w:left w:w="80" w:type="dxa"/>
              <w:bottom w:w="80" w:type="dxa"/>
              <w:right w:w="80" w:type="dxa"/>
            </w:tcMar>
            <w:vAlign w:val="center"/>
          </w:tcPr>
          <w:p w14:paraId="2FDEE635" w14:textId="77777777" w:rsidR="000555FB" w:rsidRDefault="00000000">
            <w:pPr>
              <w:spacing w:after="20"/>
            </w:pPr>
            <w:r>
              <w:br/>
            </w:r>
          </w:p>
        </w:tc>
        <w:tc>
          <w:tcPr>
            <w:tcW w:w="2736" w:type="dxa"/>
            <w:tcMar>
              <w:top w:w="80" w:type="dxa"/>
              <w:left w:w="80" w:type="dxa"/>
              <w:bottom w:w="80" w:type="dxa"/>
              <w:right w:w="80" w:type="dxa"/>
            </w:tcMar>
            <w:vAlign w:val="center"/>
          </w:tcPr>
          <w:p w14:paraId="153256FF" w14:textId="77777777" w:rsidR="000555FB" w:rsidRDefault="00000000">
            <w:pPr>
              <w:spacing w:after="20"/>
            </w:pPr>
            <w:r>
              <w:br/>
            </w:r>
          </w:p>
        </w:tc>
        <w:tc>
          <w:tcPr>
            <w:tcW w:w="2736" w:type="dxa"/>
            <w:tcMar>
              <w:top w:w="80" w:type="dxa"/>
              <w:left w:w="80" w:type="dxa"/>
              <w:bottom w:w="80" w:type="dxa"/>
              <w:right w:w="80" w:type="dxa"/>
            </w:tcMar>
            <w:vAlign w:val="center"/>
          </w:tcPr>
          <w:p w14:paraId="47404303" w14:textId="77777777" w:rsidR="000555FB" w:rsidRDefault="00000000">
            <w:pPr>
              <w:spacing w:after="20"/>
            </w:pPr>
            <w:r>
              <w:br/>
            </w:r>
          </w:p>
        </w:tc>
      </w:tr>
    </w:tbl>
    <w:p w14:paraId="4832F364" w14:textId="77777777" w:rsidR="000555FB" w:rsidRDefault="00000000">
      <w:pPr>
        <w:spacing w:after="0"/>
        <w:jc w:val="center"/>
      </w:pPr>
      <w:r>
        <w:rPr>
          <w:b/>
          <w:color w:val="F58213"/>
          <w:sz w:val="34"/>
        </w:rPr>
        <w:t>Viel Erfolg für Ihre Einreichung!</w:t>
      </w:r>
    </w:p>
    <w:sectPr w:rsidR="000555FB" w:rsidSect="00034616">
      <w:footerReference w:type="default" r:id="rId11"/>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63624" w14:textId="77777777" w:rsidR="002F7D63" w:rsidRDefault="002F7D63">
      <w:pPr>
        <w:spacing w:after="0" w:line="240" w:lineRule="auto"/>
      </w:pPr>
      <w:r>
        <w:separator/>
      </w:r>
    </w:p>
  </w:endnote>
  <w:endnote w:type="continuationSeparator" w:id="0">
    <w:p w14:paraId="70C23672" w14:textId="77777777" w:rsidR="002F7D63" w:rsidRDefault="002F7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FAAC" w14:textId="77777777" w:rsidR="000555FB" w:rsidRDefault="00000000">
    <w:pPr>
      <w:pStyle w:val="Fuzeile"/>
      <w:jc w:val="right"/>
    </w:pPr>
    <w:r>
      <w:fldChar w:fldCharType="begin"/>
    </w:r>
    <w:r>
      <w:instrText>PAGE</w:instrText>
    </w:r>
    <w:r>
      <w:fldChar w:fldCharType="separate"/>
    </w:r>
    <w:r w:rsidR="00BD430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DE338" w14:textId="77777777" w:rsidR="002F7D63" w:rsidRDefault="002F7D63">
      <w:pPr>
        <w:spacing w:after="0" w:line="240" w:lineRule="auto"/>
      </w:pPr>
      <w:r>
        <w:separator/>
      </w:r>
    </w:p>
  </w:footnote>
  <w:footnote w:type="continuationSeparator" w:id="0">
    <w:p w14:paraId="3279CB45" w14:textId="77777777" w:rsidR="002F7D63" w:rsidRDefault="002F7D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65670466">
    <w:abstractNumId w:val="8"/>
  </w:num>
  <w:num w:numId="2" w16cid:durableId="1895195969">
    <w:abstractNumId w:val="6"/>
  </w:num>
  <w:num w:numId="3" w16cid:durableId="760444217">
    <w:abstractNumId w:val="5"/>
  </w:num>
  <w:num w:numId="4" w16cid:durableId="1477647223">
    <w:abstractNumId w:val="4"/>
  </w:num>
  <w:num w:numId="5" w16cid:durableId="777986357">
    <w:abstractNumId w:val="7"/>
  </w:num>
  <w:num w:numId="6" w16cid:durableId="102770030">
    <w:abstractNumId w:val="3"/>
  </w:num>
  <w:num w:numId="7" w16cid:durableId="19016523">
    <w:abstractNumId w:val="2"/>
  </w:num>
  <w:num w:numId="8" w16cid:durableId="93601764">
    <w:abstractNumId w:val="1"/>
  </w:num>
  <w:num w:numId="9" w16cid:durableId="41479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5FB"/>
    <w:rsid w:val="0006063C"/>
    <w:rsid w:val="0015074B"/>
    <w:rsid w:val="0029639D"/>
    <w:rsid w:val="002F7D63"/>
    <w:rsid w:val="00326F90"/>
    <w:rsid w:val="005110A2"/>
    <w:rsid w:val="00AA1D8D"/>
    <w:rsid w:val="00B47730"/>
    <w:rsid w:val="00BD430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232A8"/>
  <w14:defaultImageDpi w14:val="300"/>
  <w15:docId w15:val="{E86E1621-7F7E-4482-9A17-3BAE3C49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40"/>
    </w:pPr>
    <w:rPr>
      <w:rFonts w:ascii="Arial" w:hAnsi="Arial"/>
      <w:sz w:val="18"/>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in">
    <w:name w:val="TitleMain"/>
    <w:pPr>
      <w:spacing w:after="80"/>
    </w:pPr>
    <w:rPr>
      <w:rFonts w:ascii="Arial" w:hAnsi="Arial"/>
      <w:b/>
      <w:sz w:val="52"/>
    </w:rPr>
  </w:style>
  <w:style w:type="paragraph" w:customStyle="1" w:styleId="SectionHead">
    <w:name w:val="SectionHead"/>
    <w:pPr>
      <w:spacing w:after="80"/>
    </w:pPr>
    <w:rPr>
      <w:rFonts w:ascii="Arial" w:hAnsi="Arial"/>
      <w:b/>
      <w:sz w:val="38"/>
    </w:rPr>
  </w:style>
  <w:style w:type="paragraph" w:customStyle="1" w:styleId="MiniHead">
    <w:name w:val="MiniHead"/>
    <w:pPr>
      <w:spacing w:after="80"/>
    </w:pPr>
    <w:rPr>
      <w:rFonts w:ascii="Arial" w:hAnsi="Arial"/>
      <w:b/>
    </w:rPr>
  </w:style>
  <w:style w:type="paragraph" w:customStyle="1" w:styleId="BodySmall">
    <w:name w:val="BodySmall"/>
    <w:pPr>
      <w:spacing w:after="80"/>
    </w:pPr>
    <w:rPr>
      <w:rFonts w:ascii="Arial" w:hAnsi="Arial"/>
      <w:sz w:val="16"/>
    </w:rPr>
  </w:style>
  <w:style w:type="character" w:styleId="Hyperlink">
    <w:name w:val="Hyperlink"/>
    <w:basedOn w:val="Absatz-Standardschriftart"/>
    <w:uiPriority w:val="99"/>
    <w:unhideWhenUsed/>
    <w:rsid w:val="00BD4301"/>
    <w:rPr>
      <w:color w:val="0000FF" w:themeColor="hyperlink"/>
      <w:u w:val="single"/>
    </w:rPr>
  </w:style>
  <w:style w:type="character" w:styleId="NichtaufgelsteErwhnung">
    <w:name w:val="Unresolved Mention"/>
    <w:basedOn w:val="Absatz-Standardschriftart"/>
    <w:uiPriority w:val="99"/>
    <w:semiHidden/>
    <w:unhideWhenUsed/>
    <w:rsid w:val="00BD4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niel.karacsonyi@bildung-bgld.gv.a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1870</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Burgenländisches Lesegütesiegel – Einreichformular Allgemeine Sonderschule 2025/26 (editierbar)</dc:title>
  <dc:subject>Editierbare Word-Fassung des Einreichformulars</dc:subject>
  <dc:creator>python-docx</dc:creator>
  <cp:keywords/>
  <dc:description>generated by python-docx</dc:description>
  <cp:lastModifiedBy>Daniel Karacsonyi</cp:lastModifiedBy>
  <cp:revision>2</cp:revision>
  <dcterms:created xsi:type="dcterms:W3CDTF">2026-09-03T09:58:00Z</dcterms:created>
  <dcterms:modified xsi:type="dcterms:W3CDTF">2026-09-03T09:58:00Z</dcterms:modified>
  <cp:category/>
</cp:coreProperties>
</file>